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E19D3" w:rsidRDefault="00000000">
      <w:pPr>
        <w:spacing w:before="1600"/>
        <w:jc w:val="center"/>
      </w:pPr>
      <w:r>
        <w:rPr>
          <w:b/>
          <w:color w:val="2F75B5"/>
          <w:sz w:val="28"/>
        </w:rPr>
        <w:t>C&amp;U FIRST AID &amp; CPR TRAINING</w:t>
      </w:r>
    </w:p>
    <w:p w:rsidR="00AE19D3" w:rsidRDefault="00000000">
      <w:pPr>
        <w:jc w:val="center"/>
      </w:pPr>
      <w:r>
        <w:rPr>
          <w:b/>
          <w:color w:val="17365D"/>
          <w:sz w:val="60"/>
        </w:rPr>
        <w:t>CPR &amp; CHOKING</w:t>
      </w:r>
    </w:p>
    <w:p w:rsidR="00AE19D3" w:rsidRDefault="00000000">
      <w:pPr>
        <w:jc w:val="center"/>
      </w:pPr>
      <w:r>
        <w:rPr>
          <w:b/>
          <w:color w:val="17365D"/>
          <w:sz w:val="48"/>
        </w:rPr>
        <w:t>LIFE-SAVING SKILLS</w:t>
      </w:r>
    </w:p>
    <w:p w:rsidR="00AE19D3" w:rsidRDefault="00000000">
      <w:pPr>
        <w:jc w:val="center"/>
      </w:pPr>
      <w:r>
        <w:rPr>
          <w:b/>
          <w:color w:val="2F75B5"/>
          <w:sz w:val="28"/>
        </w:rPr>
        <w:t>KINDERGARTEN–GRADE 2</w:t>
      </w:r>
    </w:p>
    <w:p w:rsidR="00AE19D3" w:rsidRDefault="00000000">
      <w:pPr>
        <w:jc w:val="center"/>
      </w:pPr>
      <w:r>
        <w:rPr>
          <w:b/>
          <w:sz w:val="24"/>
        </w:rPr>
        <w:t>5-DAY • 60-MINUTE LESSON PLAN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AE19D3">
        <w:trPr>
          <w:jc w:val="center"/>
        </w:trPr>
        <w:tc>
          <w:tcPr>
            <w:tcW w:w="10166" w:type="dxa"/>
            <w:shd w:val="clear" w:color="auto" w:fill="D9EAF7"/>
          </w:tcPr>
          <w:p w:rsidR="00AE19D3" w:rsidRDefault="00000000">
            <w:pPr>
              <w:spacing w:after="40"/>
            </w:pPr>
            <w:r>
              <w:rPr>
                <w:b/>
                <w:color w:val="17365D"/>
                <w:sz w:val="20"/>
              </w:rPr>
              <w:t>EDITION</w:t>
            </w:r>
          </w:p>
          <w:p w:rsidR="00AE19D3" w:rsidRDefault="00000000">
            <w:pPr>
              <w:spacing w:after="40"/>
            </w:pPr>
            <w:r>
              <w:t>A unified K–2 curriculum synthesized from the supplied C&amp;U CPR/choking master materials and the existing 1st- and 2nd-grade lesson plans. The design keeps the original practical spirit—games, exercises, visuals, practice, review and certificates—while organizing the material into a classroom-ready instructional system.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jc w:val="center"/>
      </w:pPr>
      <w:r>
        <w:rPr>
          <w:b/>
          <w:color w:val="666666"/>
          <w:sz w:val="18"/>
        </w:rPr>
        <w:t>EDUCATIONAL AWARENESS • SUPERVISED SKILLS PRACTICE • EMERGENCY PREPAREDNESS</w:t>
      </w:r>
    </w:p>
    <w:p w:rsidR="00AE19D3" w:rsidRDefault="00000000">
      <w:pPr>
        <w:pStyle w:val="Heading1"/>
        <w:spacing w:before="200" w:after="80"/>
      </w:pPr>
      <w:r>
        <w:t>DOCUMENT MAP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7056"/>
      </w:tblGrid>
      <w:tr w:rsidR="00AE19D3">
        <w:trPr>
          <w:tblHeader/>
          <w:jc w:val="center"/>
        </w:trPr>
        <w:tc>
          <w:tcPr>
            <w:tcW w:w="259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SECTION</w:t>
            </w:r>
          </w:p>
        </w:tc>
        <w:tc>
          <w:tcPr>
            <w:tcW w:w="7056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PURPOSE</w:t>
            </w:r>
          </w:p>
        </w:tc>
      </w:tr>
      <w:tr w:rsidR="00AE19D3">
        <w:trPr>
          <w:jc w:val="center"/>
        </w:trPr>
        <w:tc>
          <w:tcPr>
            <w:tcW w:w="259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1. Program at a Glance</w:t>
            </w:r>
          </w:p>
        </w:tc>
        <w:tc>
          <w:tcPr>
            <w:tcW w:w="7056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Defines the K–2 learning arc, outcomes, materials and implementation model.</w:t>
            </w:r>
          </w:p>
        </w:tc>
      </w:tr>
      <w:tr w:rsidR="00AE19D3">
        <w:trPr>
          <w:jc w:val="center"/>
        </w:trPr>
        <w:tc>
          <w:tcPr>
            <w:tcW w:w="2592" w:type="dxa"/>
            <w:vAlign w:val="center"/>
          </w:tcPr>
          <w:p w:rsidR="00AE19D3" w:rsidRDefault="00000000">
            <w:r>
              <w:rPr>
                <w:sz w:val="17"/>
              </w:rPr>
              <w:t>2. Teacher Safety &amp; Delivery Standard</w:t>
            </w:r>
          </w:p>
        </w:tc>
        <w:tc>
          <w:tcPr>
            <w:tcW w:w="7056" w:type="dxa"/>
            <w:vAlign w:val="center"/>
          </w:tcPr>
          <w:p w:rsidR="00AE19D3" w:rsidRDefault="00000000">
            <w:r>
              <w:rPr>
                <w:sz w:val="17"/>
              </w:rPr>
              <w:t>Sets the non-negotiable classroom safety rules for physical practice.</w:t>
            </w:r>
          </w:p>
        </w:tc>
      </w:tr>
      <w:tr w:rsidR="00AE19D3">
        <w:trPr>
          <w:jc w:val="center"/>
        </w:trPr>
        <w:tc>
          <w:tcPr>
            <w:tcW w:w="259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3. Five-Day Lesson Sequence</w:t>
            </w:r>
          </w:p>
        </w:tc>
        <w:tc>
          <w:tcPr>
            <w:tcW w:w="7056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Provides the complete 60-minute daily lessons.</w:t>
            </w:r>
          </w:p>
        </w:tc>
      </w:tr>
      <w:tr w:rsidR="00AE19D3">
        <w:trPr>
          <w:jc w:val="center"/>
        </w:trPr>
        <w:tc>
          <w:tcPr>
            <w:tcW w:w="2592" w:type="dxa"/>
            <w:vAlign w:val="center"/>
          </w:tcPr>
          <w:p w:rsidR="00AE19D3" w:rsidRDefault="00000000">
            <w:r>
              <w:rPr>
                <w:sz w:val="17"/>
              </w:rPr>
              <w:t>4. Student Activities &amp; Games</w:t>
            </w:r>
          </w:p>
        </w:tc>
        <w:tc>
          <w:tcPr>
            <w:tcW w:w="7056" w:type="dxa"/>
            <w:vAlign w:val="center"/>
          </w:tcPr>
          <w:p w:rsidR="00AE19D3" w:rsidRDefault="00000000">
            <w:r>
              <w:rPr>
                <w:sz w:val="17"/>
              </w:rPr>
              <w:t>Ready-to-use activities that make the skills memorable.</w:t>
            </w:r>
          </w:p>
        </w:tc>
      </w:tr>
      <w:tr w:rsidR="00AE19D3">
        <w:trPr>
          <w:jc w:val="center"/>
        </w:trPr>
        <w:tc>
          <w:tcPr>
            <w:tcW w:w="259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5. Assessment &amp; Mastery</w:t>
            </w:r>
          </w:p>
        </w:tc>
        <w:tc>
          <w:tcPr>
            <w:tcW w:w="7056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Observation checklist, exit tickets, final review and certificate criteria.</w:t>
            </w:r>
          </w:p>
        </w:tc>
      </w:tr>
      <w:tr w:rsidR="00AE19D3">
        <w:trPr>
          <w:jc w:val="center"/>
        </w:trPr>
        <w:tc>
          <w:tcPr>
            <w:tcW w:w="2592" w:type="dxa"/>
            <w:vAlign w:val="center"/>
          </w:tcPr>
          <w:p w:rsidR="00AE19D3" w:rsidRDefault="00000000">
            <w:r>
              <w:rPr>
                <w:sz w:val="17"/>
              </w:rPr>
              <w:t>6. Family &amp; Community Extension</w:t>
            </w:r>
          </w:p>
        </w:tc>
        <w:tc>
          <w:tcPr>
            <w:tcW w:w="7056" w:type="dxa"/>
            <w:vAlign w:val="center"/>
          </w:tcPr>
          <w:p w:rsidR="00AE19D3" w:rsidRDefault="00000000">
            <w:r>
              <w:rPr>
                <w:sz w:val="17"/>
              </w:rPr>
              <w:t>Simple take-home activities that reinforce safe help-seeking.</w:t>
            </w:r>
          </w:p>
        </w:tc>
      </w:tr>
      <w:tr w:rsidR="00AE19D3">
        <w:trPr>
          <w:jc w:val="center"/>
        </w:trPr>
        <w:tc>
          <w:tcPr>
            <w:tcW w:w="259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7. Differentiation</w:t>
            </w:r>
          </w:p>
        </w:tc>
        <w:tc>
          <w:tcPr>
            <w:tcW w:w="7056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K, Grade 1 and Grade 2 adaptations without changing the core safety message.</w:t>
            </w:r>
          </w:p>
        </w:tc>
      </w:tr>
      <w:tr w:rsidR="00AE19D3">
        <w:trPr>
          <w:jc w:val="center"/>
        </w:trPr>
        <w:tc>
          <w:tcPr>
            <w:tcW w:w="2592" w:type="dxa"/>
            <w:vAlign w:val="center"/>
          </w:tcPr>
          <w:p w:rsidR="00AE19D3" w:rsidRDefault="00000000">
            <w:r>
              <w:rPr>
                <w:sz w:val="17"/>
              </w:rPr>
              <w:t>8. Teacher Resource Bank</w:t>
            </w:r>
          </w:p>
        </w:tc>
        <w:tc>
          <w:tcPr>
            <w:tcW w:w="7056" w:type="dxa"/>
            <w:vAlign w:val="center"/>
          </w:tcPr>
          <w:p w:rsidR="00AE19D3" w:rsidRDefault="00000000">
            <w:r>
              <w:rPr>
                <w:sz w:val="17"/>
              </w:rPr>
              <w:t>URLs and source materials carried forward from the supplied plans.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2"/>
        <w:spacing w:before="120" w:after="80"/>
      </w:pPr>
      <w:r>
        <w:t>SERIES DESIGN</w:t>
      </w:r>
    </w:p>
    <w:p w:rsidR="00AE19D3" w:rsidRDefault="00000000">
      <w:pPr>
        <w:spacing w:after="80" w:line="252" w:lineRule="auto"/>
      </w:pPr>
      <w:r>
        <w:t>This Batch 1 document establishes the early-childhood foundation for the larger CPR curriculum. Students are not expected to become independent medical responders. The instructional goal is recognition, safe help-seeking, calm behavior, basic first-aid awareness, CPR awareness, and supervised practice on appropriate training equipment.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AE19D3">
        <w:trPr>
          <w:jc w:val="center"/>
        </w:trPr>
        <w:tc>
          <w:tcPr>
            <w:tcW w:w="10166" w:type="dxa"/>
            <w:shd w:val="clear" w:color="auto" w:fill="E2F0D9"/>
          </w:tcPr>
          <w:p w:rsidR="00AE19D3" w:rsidRDefault="00000000">
            <w:pPr>
              <w:spacing w:after="40"/>
            </w:pPr>
            <w:r>
              <w:rPr>
                <w:b/>
                <w:color w:val="17365D"/>
                <w:sz w:val="20"/>
              </w:rPr>
              <w:t>CORE MESSAGE</w:t>
            </w:r>
          </w:p>
          <w:p w:rsidR="00AE19D3" w:rsidRDefault="00000000">
            <w:pPr>
              <w:spacing w:after="40"/>
            </w:pPr>
            <w:r>
              <w:t>SEE IT. GET HELP. STAY CALM. CARE SAFELY.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2"/>
        <w:spacing w:before="120" w:after="80"/>
      </w:pPr>
      <w:r>
        <w:t>K–2 LEARNING ARC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92"/>
        <w:gridCol w:w="3168"/>
        <w:gridCol w:w="5688"/>
      </w:tblGrid>
      <w:tr w:rsidR="00AE19D3">
        <w:trPr>
          <w:tblHeader/>
          <w:jc w:val="center"/>
        </w:trPr>
        <w:tc>
          <w:tcPr>
            <w:tcW w:w="79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DAY</w:t>
            </w:r>
          </w:p>
        </w:tc>
        <w:tc>
          <w:tcPr>
            <w:tcW w:w="3168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CORE IDEA</w:t>
            </w:r>
          </w:p>
        </w:tc>
        <w:tc>
          <w:tcPr>
            <w:tcW w:w="5688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STUDENT TAKEAWAY</w:t>
            </w:r>
          </w:p>
        </w:tc>
      </w:tr>
      <w:tr w:rsidR="00AE19D3">
        <w:trPr>
          <w:jc w:val="center"/>
        </w:trPr>
        <w:tc>
          <w:tcPr>
            <w:tcW w:w="79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1</w:t>
            </w:r>
          </w:p>
        </w:tc>
        <w:tc>
          <w:tcPr>
            <w:tcW w:w="316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Safety &amp; emergency recognition</w:t>
            </w:r>
          </w:p>
        </w:tc>
        <w:tc>
          <w:tcPr>
            <w:tcW w:w="568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I can recognize a serious emergency and get a trusted adult.</w:t>
            </w:r>
          </w:p>
        </w:tc>
      </w:tr>
      <w:tr w:rsidR="00AE19D3">
        <w:trPr>
          <w:jc w:val="center"/>
        </w:trPr>
        <w:tc>
          <w:tcPr>
            <w:tcW w:w="792" w:type="dxa"/>
            <w:vAlign w:val="center"/>
          </w:tcPr>
          <w:p w:rsidR="00AE19D3" w:rsidRDefault="00000000">
            <w:r>
              <w:rPr>
                <w:sz w:val="17"/>
              </w:rPr>
              <w:t>2</w:t>
            </w:r>
          </w:p>
        </w:tc>
        <w:tc>
          <w:tcPr>
            <w:tcW w:w="3168" w:type="dxa"/>
            <w:vAlign w:val="center"/>
          </w:tcPr>
          <w:p w:rsidR="00AE19D3" w:rsidRDefault="00000000">
            <w:r>
              <w:rPr>
                <w:sz w:val="17"/>
              </w:rPr>
              <w:t>Basic first aid</w:t>
            </w:r>
          </w:p>
        </w:tc>
        <w:tc>
          <w:tcPr>
            <w:tcW w:w="5688" w:type="dxa"/>
            <w:vAlign w:val="center"/>
          </w:tcPr>
          <w:p w:rsidR="00AE19D3" w:rsidRDefault="00000000">
            <w:r>
              <w:rPr>
                <w:sz w:val="17"/>
              </w:rPr>
              <w:t>I can stay calm, help safely with simple first aid, and get adult help.</w:t>
            </w:r>
          </w:p>
        </w:tc>
      </w:tr>
      <w:tr w:rsidR="00AE19D3">
        <w:trPr>
          <w:jc w:val="center"/>
        </w:trPr>
        <w:tc>
          <w:tcPr>
            <w:tcW w:w="79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3</w:t>
            </w:r>
          </w:p>
        </w:tc>
        <w:tc>
          <w:tcPr>
            <w:tcW w:w="316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CPR awareness</w:t>
            </w:r>
          </w:p>
        </w:tc>
        <w:tc>
          <w:tcPr>
            <w:tcW w:w="568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I know what CPR is, why it matters, and how adults use it to help.</w:t>
            </w:r>
          </w:p>
        </w:tc>
      </w:tr>
      <w:tr w:rsidR="00AE19D3">
        <w:trPr>
          <w:jc w:val="center"/>
        </w:trPr>
        <w:tc>
          <w:tcPr>
            <w:tcW w:w="792" w:type="dxa"/>
            <w:vAlign w:val="center"/>
          </w:tcPr>
          <w:p w:rsidR="00AE19D3" w:rsidRDefault="00000000">
            <w:r>
              <w:rPr>
                <w:sz w:val="17"/>
              </w:rPr>
              <w:lastRenderedPageBreak/>
              <w:t>4</w:t>
            </w:r>
          </w:p>
        </w:tc>
        <w:tc>
          <w:tcPr>
            <w:tcW w:w="3168" w:type="dxa"/>
            <w:vAlign w:val="center"/>
          </w:tcPr>
          <w:p w:rsidR="00AE19D3" w:rsidRDefault="00000000">
            <w:r>
              <w:rPr>
                <w:sz w:val="17"/>
              </w:rPr>
              <w:t>Choking &amp; AED awareness</w:t>
            </w:r>
          </w:p>
        </w:tc>
        <w:tc>
          <w:tcPr>
            <w:tcW w:w="5688" w:type="dxa"/>
            <w:vAlign w:val="center"/>
          </w:tcPr>
          <w:p w:rsidR="00AE19D3" w:rsidRDefault="00000000">
            <w:r>
              <w:rPr>
                <w:sz w:val="17"/>
              </w:rPr>
              <w:t>I can recognize choking, get help, and understand what an AED is.</w:t>
            </w:r>
          </w:p>
        </w:tc>
      </w:tr>
      <w:tr w:rsidR="00AE19D3">
        <w:trPr>
          <w:jc w:val="center"/>
        </w:trPr>
        <w:tc>
          <w:tcPr>
            <w:tcW w:w="79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5</w:t>
            </w:r>
          </w:p>
        </w:tc>
        <w:tc>
          <w:tcPr>
            <w:tcW w:w="316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Review &amp; readiness</w:t>
            </w:r>
          </w:p>
        </w:tc>
        <w:tc>
          <w:tcPr>
            <w:tcW w:w="568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I can explain the safety sequence and show what I have learned.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1"/>
        <w:spacing w:before="200" w:after="80"/>
      </w:pPr>
      <w:r>
        <w:t>1. PROGRAM AT A GLANCE</w:t>
      </w:r>
    </w:p>
    <w:p w:rsidR="00AE19D3" w:rsidRDefault="00000000">
      <w:pPr>
        <w:pStyle w:val="Heading2"/>
        <w:spacing w:before="120" w:after="80"/>
      </w:pPr>
      <w:r>
        <w:t>PURPOSE</w:t>
      </w:r>
    </w:p>
    <w:p w:rsidR="00AE19D3" w:rsidRDefault="00000000">
      <w:pPr>
        <w:spacing w:after="80" w:line="252" w:lineRule="auto"/>
      </w:pPr>
      <w:r>
        <w:t xml:space="preserve">The supplied materials consistently frame CPR, choking response and first aid as life-saving knowledge that depends on quick recognition, calling for help and appropriate action. The K–2 version translates that framework into developmentally appropriate learning through stories, pictures, role-play, games, simple first-aid practice, CPR awareness and supervised training-device activities. </w:t>
      </w:r>
    </w:p>
    <w:p w:rsidR="00AE19D3" w:rsidRDefault="00000000">
      <w:pPr>
        <w:pStyle w:val="Heading2"/>
        <w:spacing w:before="120" w:after="80"/>
      </w:pPr>
      <w:r>
        <w:t>ESSENTIAL LEARNING OUTCOMES</w:t>
      </w:r>
    </w:p>
    <w:p w:rsidR="00AE19D3" w:rsidRDefault="00000000">
      <w:pPr>
        <w:pStyle w:val="ListBullet"/>
        <w:spacing w:after="40"/>
        <w:ind w:left="288"/>
      </w:pPr>
      <w:r>
        <w:t>Recognize that some emergencies require immediate adult or emergency-service help.</w:t>
      </w:r>
    </w:p>
    <w:p w:rsidR="00AE19D3" w:rsidRDefault="00000000">
      <w:pPr>
        <w:pStyle w:val="ListBullet"/>
        <w:spacing w:after="40"/>
        <w:ind w:left="288"/>
      </w:pPr>
      <w:r>
        <w:t>Identify trusted adults and describe the information a helper needs to know.</w:t>
      </w:r>
    </w:p>
    <w:p w:rsidR="00AE19D3" w:rsidRDefault="00000000">
      <w:pPr>
        <w:pStyle w:val="ListBullet"/>
        <w:spacing w:after="40"/>
        <w:ind w:left="288"/>
      </w:pPr>
      <w:r>
        <w:t>Explain in simple language what CPR is and why it can help during a cardiac emergency.</w:t>
      </w:r>
    </w:p>
    <w:p w:rsidR="00AE19D3" w:rsidRDefault="00000000">
      <w:pPr>
        <w:pStyle w:val="ListBullet"/>
        <w:spacing w:after="40"/>
        <w:ind w:left="288"/>
      </w:pPr>
      <w:r>
        <w:t>Recognize basic signs that a person may need emergency help, including collapse, lack of responsiveness and abnormal or absent normal breathing.</w:t>
      </w:r>
    </w:p>
    <w:p w:rsidR="00AE19D3" w:rsidRDefault="00000000">
      <w:pPr>
        <w:pStyle w:val="ListBullet"/>
        <w:spacing w:after="40"/>
        <w:ind w:left="288"/>
      </w:pPr>
      <w:r>
        <w:t>Understand that choking occurs when something blocks the airway and that a person who can cough should be encouraged to cough.</w:t>
      </w:r>
    </w:p>
    <w:p w:rsidR="00AE19D3" w:rsidRDefault="00000000">
      <w:pPr>
        <w:pStyle w:val="ListBullet"/>
        <w:spacing w:after="40"/>
        <w:ind w:left="288"/>
      </w:pPr>
      <w:r>
        <w:t>Recognize an AED and understand that trained or instructed responders use it together with CPR.</w:t>
      </w:r>
    </w:p>
    <w:p w:rsidR="00AE19D3" w:rsidRDefault="00000000">
      <w:pPr>
        <w:pStyle w:val="ListBullet"/>
        <w:spacing w:after="40"/>
        <w:ind w:left="288"/>
      </w:pPr>
      <w:r>
        <w:t>Demonstrate simple first-aid awareness such as cleaning/covering a small pretend wound and providing comfort.</w:t>
      </w:r>
    </w:p>
    <w:p w:rsidR="00AE19D3" w:rsidRDefault="00000000">
      <w:pPr>
        <w:pStyle w:val="ListBullet"/>
        <w:spacing w:after="40"/>
        <w:ind w:left="288"/>
      </w:pPr>
      <w:r>
        <w:t>Use calm, safe behavior rather than crowding, touching unnecessarily, or attempting skills beyond their training.</w:t>
      </w:r>
    </w:p>
    <w:p w:rsidR="00AE19D3" w:rsidRDefault="00000000">
      <w:pPr>
        <w:pStyle w:val="Heading2"/>
        <w:spacing w:before="120" w:after="80"/>
      </w:pPr>
      <w:r>
        <w:t>MATERIALS</w:t>
      </w:r>
    </w:p>
    <w:p w:rsidR="00AE19D3" w:rsidRDefault="00000000">
      <w:pPr>
        <w:pStyle w:val="ListBullet"/>
        <w:spacing w:after="40"/>
        <w:ind w:left="288"/>
      </w:pPr>
      <w:r>
        <w:t>Picture cards or slides showing safe/unsafe situations and common emergencies.</w:t>
      </w:r>
    </w:p>
    <w:p w:rsidR="00AE19D3" w:rsidRDefault="00000000">
      <w:pPr>
        <w:pStyle w:val="ListBullet"/>
        <w:spacing w:after="40"/>
        <w:ind w:left="288"/>
      </w:pPr>
      <w:r>
        <w:t>Classroom emergency map or safety checklist.</w:t>
      </w:r>
    </w:p>
    <w:p w:rsidR="00AE19D3" w:rsidRDefault="00000000">
      <w:pPr>
        <w:pStyle w:val="ListBullet"/>
        <w:spacing w:after="40"/>
        <w:ind w:left="288"/>
      </w:pPr>
      <w:r>
        <w:t>Child-safe first-aid kit and pretend injury stickers/paper cutouts.</w:t>
      </w:r>
    </w:p>
    <w:p w:rsidR="00AE19D3" w:rsidRDefault="00000000">
      <w:pPr>
        <w:pStyle w:val="ListBullet"/>
        <w:spacing w:after="40"/>
        <w:ind w:left="288"/>
      </w:pPr>
      <w:r>
        <w:t>Bandages and gauze for simulated practice.</w:t>
      </w:r>
    </w:p>
    <w:p w:rsidR="00AE19D3" w:rsidRDefault="00000000">
      <w:pPr>
        <w:pStyle w:val="ListBullet"/>
        <w:spacing w:after="40"/>
        <w:ind w:left="288"/>
      </w:pPr>
      <w:r>
        <w:t>CPR training manikin(s), if available; cushions/stuffed animals may be used for awareness activities.</w:t>
      </w:r>
    </w:p>
    <w:p w:rsidR="00AE19D3" w:rsidRDefault="00000000">
      <w:pPr>
        <w:pStyle w:val="ListBullet"/>
        <w:spacing w:after="40"/>
        <w:ind w:left="288"/>
      </w:pPr>
      <w:r>
        <w:t>Choking-rescue training device, if available. Do not practice choking rescue maneuvers on classmates.</w:t>
      </w:r>
    </w:p>
    <w:p w:rsidR="00AE19D3" w:rsidRDefault="00000000">
      <w:pPr>
        <w:pStyle w:val="ListBullet"/>
        <w:spacing w:after="40"/>
        <w:ind w:left="288"/>
      </w:pPr>
      <w:r>
        <w:t>AED trainer or AED photographs/diagram.</w:t>
      </w:r>
    </w:p>
    <w:p w:rsidR="00AE19D3" w:rsidRDefault="00000000">
      <w:pPr>
        <w:pStyle w:val="ListBullet"/>
        <w:spacing w:after="40"/>
        <w:ind w:left="288"/>
      </w:pPr>
      <w:r>
        <w:t>Scenario cards, sequence cards, pencils/crayons, poster paper and certificates.</w:t>
      </w:r>
    </w:p>
    <w:p w:rsidR="00AE19D3" w:rsidRDefault="00000000">
      <w:pPr>
        <w:pStyle w:val="ListBullet"/>
        <w:spacing w:after="40"/>
        <w:ind w:left="288"/>
      </w:pPr>
      <w:r>
        <w:t>Teacher-selected age-appropriate videos from the resource providers listed in the Teacher Resource Bank.</w:t>
      </w:r>
    </w:p>
    <w:p w:rsidR="00AE19D3" w:rsidRDefault="00000000">
      <w:pPr>
        <w:pStyle w:val="Heading2"/>
        <w:spacing w:before="120" w:after="80"/>
      </w:pPr>
      <w:r>
        <w:t>TEACHER PREPARATION CHECKLIST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96"/>
        <w:gridCol w:w="1152"/>
      </w:tblGrid>
      <w:tr w:rsidR="00AE19D3">
        <w:trPr>
          <w:tblHeader/>
          <w:jc w:val="center"/>
        </w:trPr>
        <w:tc>
          <w:tcPr>
            <w:tcW w:w="8496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BEFORE CLASS</w:t>
            </w:r>
          </w:p>
        </w:tc>
        <w:tc>
          <w:tcPr>
            <w:tcW w:w="115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CHECK</w:t>
            </w:r>
          </w:p>
        </w:tc>
      </w:tr>
      <w:tr w:rsidR="00AE19D3">
        <w:trPr>
          <w:jc w:val="center"/>
        </w:trPr>
        <w:tc>
          <w:tcPr>
            <w:tcW w:w="8496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Confirm the classroom has a clear, safe practice area.</w:t>
            </w:r>
          </w:p>
        </w:tc>
        <w:tc>
          <w:tcPr>
            <w:tcW w:w="115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☐</w:t>
            </w:r>
          </w:p>
        </w:tc>
      </w:tr>
      <w:tr w:rsidR="00AE19D3">
        <w:trPr>
          <w:jc w:val="center"/>
        </w:trPr>
        <w:tc>
          <w:tcPr>
            <w:tcW w:w="8496" w:type="dxa"/>
            <w:vAlign w:val="center"/>
          </w:tcPr>
          <w:p w:rsidR="00AE19D3" w:rsidRDefault="00000000">
            <w:r>
              <w:rPr>
                <w:sz w:val="17"/>
              </w:rPr>
              <w:t>Identify the local emergency number and school emergency procedure.</w:t>
            </w:r>
          </w:p>
        </w:tc>
        <w:tc>
          <w:tcPr>
            <w:tcW w:w="1152" w:type="dxa"/>
            <w:vAlign w:val="center"/>
          </w:tcPr>
          <w:p w:rsidR="00AE19D3" w:rsidRDefault="00000000">
            <w:r>
              <w:rPr>
                <w:sz w:val="17"/>
              </w:rPr>
              <w:t>☐</w:t>
            </w:r>
          </w:p>
        </w:tc>
      </w:tr>
      <w:tr w:rsidR="00AE19D3">
        <w:trPr>
          <w:jc w:val="center"/>
        </w:trPr>
        <w:tc>
          <w:tcPr>
            <w:tcW w:w="8496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Identify the designated trusted adults/health or safety personnel students should contact.</w:t>
            </w:r>
          </w:p>
        </w:tc>
        <w:tc>
          <w:tcPr>
            <w:tcW w:w="115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☐</w:t>
            </w:r>
          </w:p>
        </w:tc>
      </w:tr>
      <w:tr w:rsidR="00AE19D3">
        <w:trPr>
          <w:jc w:val="center"/>
        </w:trPr>
        <w:tc>
          <w:tcPr>
            <w:tcW w:w="8496" w:type="dxa"/>
            <w:vAlign w:val="center"/>
          </w:tcPr>
          <w:p w:rsidR="00AE19D3" w:rsidRDefault="00000000">
            <w:r>
              <w:rPr>
                <w:sz w:val="17"/>
              </w:rPr>
              <w:t>Inspect manikins, AED trainer and other training equipment.</w:t>
            </w:r>
          </w:p>
        </w:tc>
        <w:tc>
          <w:tcPr>
            <w:tcW w:w="1152" w:type="dxa"/>
            <w:vAlign w:val="center"/>
          </w:tcPr>
          <w:p w:rsidR="00AE19D3" w:rsidRDefault="00000000">
            <w:r>
              <w:rPr>
                <w:sz w:val="17"/>
              </w:rPr>
              <w:t>☐</w:t>
            </w:r>
          </w:p>
        </w:tc>
      </w:tr>
      <w:tr w:rsidR="00AE19D3">
        <w:trPr>
          <w:jc w:val="center"/>
        </w:trPr>
        <w:tc>
          <w:tcPr>
            <w:tcW w:w="8496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Prepare visual cards and scenario cards before students arrive.</w:t>
            </w:r>
          </w:p>
        </w:tc>
        <w:tc>
          <w:tcPr>
            <w:tcW w:w="115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☐</w:t>
            </w:r>
          </w:p>
        </w:tc>
      </w:tr>
      <w:tr w:rsidR="00AE19D3">
        <w:trPr>
          <w:jc w:val="center"/>
        </w:trPr>
        <w:tc>
          <w:tcPr>
            <w:tcW w:w="8496" w:type="dxa"/>
            <w:vAlign w:val="center"/>
          </w:tcPr>
          <w:p w:rsidR="00AE19D3" w:rsidRDefault="00000000">
            <w:r>
              <w:rPr>
                <w:sz w:val="17"/>
              </w:rPr>
              <w:t>Use current instructions from a qualified CPR/first-aid training provider for any physical skill demonstration.</w:t>
            </w:r>
          </w:p>
        </w:tc>
        <w:tc>
          <w:tcPr>
            <w:tcW w:w="1152" w:type="dxa"/>
            <w:vAlign w:val="center"/>
          </w:tcPr>
          <w:p w:rsidR="00AE19D3" w:rsidRDefault="00000000">
            <w:r>
              <w:rPr>
                <w:sz w:val="17"/>
              </w:rPr>
              <w:t>☐</w:t>
            </w:r>
          </w:p>
        </w:tc>
      </w:tr>
      <w:tr w:rsidR="00AE19D3">
        <w:trPr>
          <w:jc w:val="center"/>
        </w:trPr>
        <w:tc>
          <w:tcPr>
            <w:tcW w:w="8496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Plan accommodations for students who should not participate in physical practice.</w:t>
            </w:r>
          </w:p>
        </w:tc>
        <w:tc>
          <w:tcPr>
            <w:tcW w:w="115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☐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1"/>
        <w:spacing w:before="200" w:after="80"/>
      </w:pPr>
      <w:r>
        <w:t>2. TEACHER SAFETY &amp; DELIVERY STANDARD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AE19D3">
        <w:trPr>
          <w:jc w:val="center"/>
        </w:trPr>
        <w:tc>
          <w:tcPr>
            <w:tcW w:w="10166" w:type="dxa"/>
            <w:shd w:val="clear" w:color="auto" w:fill="FFF2CC"/>
          </w:tcPr>
          <w:p w:rsidR="00AE19D3" w:rsidRDefault="00000000">
            <w:pPr>
              <w:spacing w:after="40"/>
            </w:pPr>
            <w:r>
              <w:rPr>
                <w:b/>
                <w:color w:val="17365D"/>
                <w:sz w:val="20"/>
              </w:rPr>
              <w:t>IMPORTANT</w:t>
            </w:r>
          </w:p>
          <w:p w:rsidR="00AE19D3" w:rsidRDefault="00000000">
            <w:pPr>
              <w:spacing w:after="40"/>
            </w:pPr>
            <w:r>
              <w:t>This curriculum is an educational lesson plan, not a stand-alone CPR certification course. The supplied source materials emphasize safe supervision, age-appropriate instruction and involvement of a CPR-certified adult or healthcare professional.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2"/>
        <w:spacing w:before="120" w:after="80"/>
      </w:pPr>
      <w:r>
        <w:t>NON-NEGOTIABLE CLASSROOM RULES</w:t>
      </w:r>
    </w:p>
    <w:p w:rsidR="00AE19D3" w:rsidRDefault="00000000">
      <w:pPr>
        <w:pStyle w:val="ListNumber"/>
        <w:spacing w:after="40"/>
      </w:pPr>
      <w:r>
        <w:t>Teach the difference between learning about a lifesaving skill and being independently qualified to provide it.</w:t>
      </w:r>
    </w:p>
    <w:p w:rsidR="00AE19D3" w:rsidRDefault="00000000">
      <w:pPr>
        <w:pStyle w:val="ListNumber"/>
        <w:spacing w:after="40"/>
      </w:pPr>
      <w:r>
        <w:t>Physical CPR practice is performed on a training manikin or other appropriate training surface—not on another student.</w:t>
      </w:r>
    </w:p>
    <w:p w:rsidR="00AE19D3" w:rsidRDefault="00000000">
      <w:pPr>
        <w:pStyle w:val="ListNumber"/>
        <w:spacing w:after="40"/>
      </w:pPr>
      <w:r>
        <w:t>Do not have students perform abdominal thrusts, back blows, chest thrusts or other choking-rescue maneuvers on classmates. Use a purpose-built training device for any physical demonstration.</w:t>
      </w:r>
    </w:p>
    <w:p w:rsidR="00AE19D3" w:rsidRDefault="00000000">
      <w:pPr>
        <w:pStyle w:val="ListNumber"/>
        <w:spacing w:after="40"/>
      </w:pPr>
      <w:r>
        <w:t>Do not use real food, objects placed in a student's mouth, or simulated airway obstruction involving a student.</w:t>
      </w:r>
    </w:p>
    <w:p w:rsidR="00AE19D3" w:rsidRDefault="00000000">
      <w:pPr>
        <w:pStyle w:val="ListNumber"/>
        <w:spacing w:after="40"/>
      </w:pPr>
      <w:r>
        <w:t>Children should not be asked to diagnose a medical condition. Teach recognition and safe help-seeking.</w:t>
      </w:r>
    </w:p>
    <w:p w:rsidR="00AE19D3" w:rsidRDefault="00000000">
      <w:pPr>
        <w:pStyle w:val="ListNumber"/>
        <w:spacing w:after="40"/>
      </w:pPr>
      <w:r>
        <w:t>Keep emergency simulations emotionally safe. No graphic images, realistic injury makeup, screaming, or surprise drills.</w:t>
      </w:r>
    </w:p>
    <w:p w:rsidR="00AE19D3" w:rsidRDefault="00000000">
      <w:pPr>
        <w:pStyle w:val="ListNumber"/>
        <w:spacing w:after="40"/>
      </w:pPr>
      <w:r>
        <w:t>Reinforce: get an adult, call the local emergency number when directed, follow the dispatcher or trained responder, and stay with the safe plan.</w:t>
      </w:r>
    </w:p>
    <w:p w:rsidR="00AE19D3" w:rsidRDefault="00000000">
      <w:pPr>
        <w:pStyle w:val="ListNumber"/>
        <w:spacing w:after="40"/>
      </w:pPr>
      <w:r>
        <w:t>Use local school policies and current professional training guidance when physical skills are taught.</w:t>
      </w:r>
    </w:p>
    <w:p w:rsidR="00AE19D3" w:rsidRDefault="00000000">
      <w:pPr>
        <w:pStyle w:val="Heading2"/>
        <w:spacing w:before="120" w:after="80"/>
      </w:pPr>
      <w:r>
        <w:t>AGE-APPROPRIATE LANGUAGE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88"/>
        <w:gridCol w:w="4608"/>
      </w:tblGrid>
      <w:tr w:rsidR="00AE19D3">
        <w:trPr>
          <w:tblHeader/>
          <w:jc w:val="center"/>
        </w:trPr>
        <w:tc>
          <w:tcPr>
            <w:tcW w:w="3888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INSTEAD OF</w:t>
            </w:r>
          </w:p>
        </w:tc>
        <w:tc>
          <w:tcPr>
            <w:tcW w:w="4608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USE</w:t>
            </w:r>
          </w:p>
        </w:tc>
      </w:tr>
      <w:tr w:rsidR="00AE19D3">
        <w:trPr>
          <w:jc w:val="center"/>
        </w:trPr>
        <w:tc>
          <w:tcPr>
            <w:tcW w:w="388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“You have to save the person.”</w:t>
            </w:r>
          </w:p>
        </w:tc>
        <w:tc>
          <w:tcPr>
            <w:tcW w:w="460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“Your job is to get safe help quickly.”</w:t>
            </w:r>
          </w:p>
        </w:tc>
      </w:tr>
      <w:tr w:rsidR="00AE19D3">
        <w:trPr>
          <w:jc w:val="center"/>
        </w:trPr>
        <w:tc>
          <w:tcPr>
            <w:tcW w:w="3888" w:type="dxa"/>
            <w:vAlign w:val="center"/>
          </w:tcPr>
          <w:p w:rsidR="00AE19D3" w:rsidRDefault="00000000">
            <w:r>
              <w:rPr>
                <w:sz w:val="17"/>
              </w:rPr>
              <w:t>“You must know how to do CPR.”</w:t>
            </w:r>
          </w:p>
        </w:tc>
        <w:tc>
          <w:tcPr>
            <w:tcW w:w="4608" w:type="dxa"/>
            <w:vAlign w:val="center"/>
          </w:tcPr>
          <w:p w:rsidR="00AE19D3" w:rsidRDefault="00000000">
            <w:r>
              <w:rPr>
                <w:sz w:val="17"/>
              </w:rPr>
              <w:t>“You should know what CPR is and how trained helpers use it.”</w:t>
            </w:r>
          </w:p>
        </w:tc>
      </w:tr>
      <w:tr w:rsidR="00AE19D3">
        <w:trPr>
          <w:jc w:val="center"/>
        </w:trPr>
        <w:tc>
          <w:tcPr>
            <w:tcW w:w="388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“Perform the Heimlich on your friend.”</w:t>
            </w:r>
          </w:p>
        </w:tc>
        <w:tc>
          <w:tcPr>
            <w:tcW w:w="460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“Get a trusted adult and learn rescue skills only with proper training equipment.”</w:t>
            </w:r>
          </w:p>
        </w:tc>
      </w:tr>
      <w:tr w:rsidR="00AE19D3">
        <w:trPr>
          <w:jc w:val="center"/>
        </w:trPr>
        <w:tc>
          <w:tcPr>
            <w:tcW w:w="3888" w:type="dxa"/>
            <w:vAlign w:val="center"/>
          </w:tcPr>
          <w:p w:rsidR="00AE19D3" w:rsidRDefault="00000000">
            <w:r>
              <w:rPr>
                <w:sz w:val="17"/>
              </w:rPr>
              <w:t>“This person is dead.”</w:t>
            </w:r>
          </w:p>
        </w:tc>
        <w:tc>
          <w:tcPr>
            <w:tcW w:w="4608" w:type="dxa"/>
            <w:vAlign w:val="center"/>
          </w:tcPr>
          <w:p w:rsidR="00AE19D3" w:rsidRDefault="00000000">
            <w:r>
              <w:rPr>
                <w:sz w:val="17"/>
              </w:rPr>
              <w:t>“This person is not responding and needs emergency help.”</w:t>
            </w:r>
          </w:p>
        </w:tc>
      </w:tr>
      <w:tr w:rsidR="00AE19D3">
        <w:trPr>
          <w:jc w:val="center"/>
        </w:trPr>
        <w:tc>
          <w:tcPr>
            <w:tcW w:w="388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“Don’t be scared.”</w:t>
            </w:r>
          </w:p>
        </w:tc>
        <w:tc>
          <w:tcPr>
            <w:tcW w:w="460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“It is okay to feel scared. Take a breath and follow the safety steps.”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2"/>
        <w:spacing w:before="120" w:after="80"/>
      </w:pPr>
      <w:r>
        <w:t>THE K–2 RESPONSE ROUTINE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72"/>
        <w:gridCol w:w="6624"/>
      </w:tblGrid>
      <w:tr w:rsidR="00AE19D3">
        <w:trPr>
          <w:tblHeader/>
          <w:jc w:val="center"/>
        </w:trPr>
        <w:tc>
          <w:tcPr>
            <w:tcW w:w="187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STEP</w:t>
            </w:r>
          </w:p>
        </w:tc>
        <w:tc>
          <w:tcPr>
            <w:tcW w:w="6624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STUDENT-FRIENDLY PROMPT</w:t>
            </w:r>
          </w:p>
        </w:tc>
      </w:tr>
      <w:tr w:rsidR="00AE19D3">
        <w:trPr>
          <w:jc w:val="center"/>
        </w:trPr>
        <w:tc>
          <w:tcPr>
            <w:tcW w:w="187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1. NOTICE</w:t>
            </w:r>
          </w:p>
        </w:tc>
        <w:tc>
          <w:tcPr>
            <w:tcW w:w="6624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“Something is wrong.”</w:t>
            </w:r>
          </w:p>
        </w:tc>
      </w:tr>
      <w:tr w:rsidR="00AE19D3">
        <w:trPr>
          <w:jc w:val="center"/>
        </w:trPr>
        <w:tc>
          <w:tcPr>
            <w:tcW w:w="1872" w:type="dxa"/>
            <w:vAlign w:val="center"/>
          </w:tcPr>
          <w:p w:rsidR="00AE19D3" w:rsidRDefault="00000000">
            <w:r>
              <w:rPr>
                <w:sz w:val="17"/>
              </w:rPr>
              <w:t>2. GET SAFE</w:t>
            </w:r>
          </w:p>
        </w:tc>
        <w:tc>
          <w:tcPr>
            <w:tcW w:w="6624" w:type="dxa"/>
            <w:vAlign w:val="center"/>
          </w:tcPr>
          <w:p w:rsidR="00AE19D3" w:rsidRDefault="00000000">
            <w:r>
              <w:rPr>
                <w:sz w:val="17"/>
              </w:rPr>
              <w:t>“Do not put yourself in danger.”</w:t>
            </w:r>
          </w:p>
        </w:tc>
      </w:tr>
      <w:tr w:rsidR="00AE19D3">
        <w:trPr>
          <w:jc w:val="center"/>
        </w:trPr>
        <w:tc>
          <w:tcPr>
            <w:tcW w:w="187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3. GET HELP</w:t>
            </w:r>
          </w:p>
        </w:tc>
        <w:tc>
          <w:tcPr>
            <w:tcW w:w="6624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“Find a trusted adult.”</w:t>
            </w:r>
          </w:p>
        </w:tc>
      </w:tr>
      <w:tr w:rsidR="00AE19D3">
        <w:trPr>
          <w:jc w:val="center"/>
        </w:trPr>
        <w:tc>
          <w:tcPr>
            <w:tcW w:w="1872" w:type="dxa"/>
            <w:vAlign w:val="center"/>
          </w:tcPr>
          <w:p w:rsidR="00AE19D3" w:rsidRDefault="00000000">
            <w:r>
              <w:rPr>
                <w:sz w:val="17"/>
              </w:rPr>
              <w:t>4. CALL</w:t>
            </w:r>
          </w:p>
        </w:tc>
        <w:tc>
          <w:tcPr>
            <w:tcW w:w="6624" w:type="dxa"/>
            <w:vAlign w:val="center"/>
          </w:tcPr>
          <w:p w:rsidR="00AE19D3" w:rsidRDefault="00000000">
            <w:r>
              <w:rPr>
                <w:sz w:val="17"/>
              </w:rPr>
              <w:t>“If an adult tells you to call, give the location and explain what happened.”</w:t>
            </w:r>
          </w:p>
        </w:tc>
      </w:tr>
      <w:tr w:rsidR="00AE19D3">
        <w:trPr>
          <w:jc w:val="center"/>
        </w:trPr>
        <w:tc>
          <w:tcPr>
            <w:tcW w:w="187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5. CARE SAFELY</w:t>
            </w:r>
          </w:p>
        </w:tc>
        <w:tc>
          <w:tcPr>
            <w:tcW w:w="6624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“Follow directions and use only the skills you have been taught.”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1"/>
        <w:spacing w:before="200" w:after="80"/>
      </w:pPr>
      <w:r>
        <w:t>DAY 1 | SAFETY &amp; EMERGENCY RECOGNITION</w:t>
      </w:r>
    </w:p>
    <w:p w:rsidR="00AE19D3" w:rsidRDefault="00000000">
      <w:pPr>
        <w:spacing w:after="80"/>
      </w:pPr>
      <w:r>
        <w:rPr>
          <w:b/>
        </w:rPr>
        <w:t xml:space="preserve">DURATION: </w:t>
      </w:r>
      <w:r>
        <w:t xml:space="preserve">60 MINUTES   |   </w:t>
      </w:r>
      <w:r>
        <w:rPr>
          <w:b/>
        </w:rPr>
        <w:t xml:space="preserve">OBJECTIVE: </w:t>
      </w:r>
      <w:r>
        <w:t>Students recognize an emergency, identify a trusted helper, and practice a simple help-seeking sequence.</w:t>
      </w:r>
    </w:p>
    <w:p w:rsidR="00AE19D3" w:rsidRDefault="00000000">
      <w:pPr>
        <w:pStyle w:val="Heading2"/>
        <w:spacing w:before="120" w:after="80"/>
      </w:pPr>
      <w:r>
        <w:t>60-MINUTE PLAN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6"/>
        <w:gridCol w:w="2232"/>
        <w:gridCol w:w="4104"/>
        <w:gridCol w:w="2952"/>
      </w:tblGrid>
      <w:tr w:rsidR="00AE19D3">
        <w:trPr>
          <w:tblHeader/>
          <w:jc w:val="center"/>
        </w:trPr>
        <w:tc>
          <w:tcPr>
            <w:tcW w:w="936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223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ACTIVITY</w:t>
            </w:r>
          </w:p>
        </w:tc>
        <w:tc>
          <w:tcPr>
            <w:tcW w:w="4104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TEACHER ACTION</w:t>
            </w:r>
          </w:p>
        </w:tc>
        <w:tc>
          <w:tcPr>
            <w:tcW w:w="295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STUDENT ACTION</w:t>
            </w:r>
          </w:p>
        </w:tc>
      </w:tr>
      <w:tr w:rsidR="00AE19D3">
        <w:trPr>
          <w:jc w:val="center"/>
        </w:trPr>
        <w:tc>
          <w:tcPr>
            <w:tcW w:w="936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10 min</w:t>
            </w:r>
          </w:p>
        </w:tc>
        <w:tc>
          <w:tcPr>
            <w:tcW w:w="22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Safety Superheroes / Safety Scavenger Hunt</w:t>
            </w:r>
          </w:p>
        </w:tc>
        <w:tc>
          <w:tcPr>
            <w:tcW w:w="4104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Introduce the idea of being a safety helper. For Grade 2, identify exits, first-aid kit and emergency equipment without touching equipment.</w:t>
            </w:r>
          </w:p>
        </w:tc>
        <w:tc>
          <w:tcPr>
            <w:tcW w:w="295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Name ways to stay safe; locate or identify safety resources.</w:t>
            </w:r>
          </w:p>
        </w:tc>
      </w:tr>
      <w:tr w:rsidR="00AE19D3">
        <w:trPr>
          <w:jc w:val="center"/>
        </w:trPr>
        <w:tc>
          <w:tcPr>
            <w:tcW w:w="936" w:type="dxa"/>
            <w:vAlign w:val="center"/>
          </w:tcPr>
          <w:p w:rsidR="00AE19D3" w:rsidRDefault="00000000">
            <w:r>
              <w:rPr>
                <w:sz w:val="16"/>
              </w:rPr>
              <w:t>15 min</w:t>
            </w:r>
          </w:p>
        </w:tc>
        <w:tc>
          <w:tcPr>
            <w:tcW w:w="2232" w:type="dxa"/>
            <w:vAlign w:val="center"/>
          </w:tcPr>
          <w:p w:rsidR="00AE19D3" w:rsidRDefault="00000000">
            <w:r>
              <w:rPr>
                <w:sz w:val="16"/>
              </w:rPr>
              <w:t>What Is an Emergency?</w:t>
            </w:r>
          </w:p>
        </w:tc>
        <w:tc>
          <w:tcPr>
            <w:tcW w:w="4104" w:type="dxa"/>
            <w:vAlign w:val="center"/>
          </w:tcPr>
          <w:p w:rsidR="00AE19D3" w:rsidRDefault="00000000">
            <w:r>
              <w:rPr>
                <w:sz w:val="16"/>
              </w:rPr>
              <w:t>Show picture/scenario cards: fall, fire, drowning, burn, collapse, choking. Ask: “What do you notice?”</w:t>
            </w:r>
          </w:p>
        </w:tc>
        <w:tc>
          <w:tcPr>
            <w:tcW w:w="2952" w:type="dxa"/>
            <w:vAlign w:val="center"/>
          </w:tcPr>
          <w:p w:rsidR="00AE19D3" w:rsidRDefault="00000000">
            <w:r>
              <w:rPr>
                <w:sz w:val="16"/>
              </w:rPr>
              <w:t>Identify the emergency and say who should be contacted.</w:t>
            </w:r>
          </w:p>
        </w:tc>
      </w:tr>
      <w:tr w:rsidR="00AE19D3">
        <w:trPr>
          <w:jc w:val="center"/>
        </w:trPr>
        <w:tc>
          <w:tcPr>
            <w:tcW w:w="936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15 min</w:t>
            </w:r>
          </w:p>
        </w:tc>
        <w:tc>
          <w:tcPr>
            <w:tcW w:w="22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Who Can Help?</w:t>
            </w:r>
          </w:p>
        </w:tc>
        <w:tc>
          <w:tcPr>
            <w:tcW w:w="4104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Build a “Help Team” chart: teacher, parent/caregiver, school staff, emergency responder.</w:t>
            </w:r>
          </w:p>
        </w:tc>
        <w:tc>
          <w:tcPr>
            <w:tcW w:w="295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Match situations to trusted helpers.</w:t>
            </w:r>
          </w:p>
        </w:tc>
      </w:tr>
      <w:tr w:rsidR="00AE19D3">
        <w:trPr>
          <w:jc w:val="center"/>
        </w:trPr>
        <w:tc>
          <w:tcPr>
            <w:tcW w:w="936" w:type="dxa"/>
            <w:vAlign w:val="center"/>
          </w:tcPr>
          <w:p w:rsidR="00AE19D3" w:rsidRDefault="00000000">
            <w:r>
              <w:rPr>
                <w:sz w:val="16"/>
              </w:rPr>
              <w:t>15 min</w:t>
            </w:r>
          </w:p>
        </w:tc>
        <w:tc>
          <w:tcPr>
            <w:tcW w:w="2232" w:type="dxa"/>
            <w:vAlign w:val="center"/>
          </w:tcPr>
          <w:p w:rsidR="00AE19D3" w:rsidRDefault="00000000">
            <w:r>
              <w:rPr>
                <w:sz w:val="16"/>
              </w:rPr>
              <w:t>Emergency Role-Play</w:t>
            </w:r>
          </w:p>
        </w:tc>
        <w:tc>
          <w:tcPr>
            <w:tcW w:w="4104" w:type="dxa"/>
            <w:vAlign w:val="center"/>
          </w:tcPr>
          <w:p w:rsidR="00AE19D3" w:rsidRDefault="00000000">
            <w:r>
              <w:rPr>
                <w:sz w:val="16"/>
              </w:rPr>
              <w:t>Use low-intensity scenario cards. Students practice pointing, speaking clearly, and getting an adult.</w:t>
            </w:r>
          </w:p>
        </w:tc>
        <w:tc>
          <w:tcPr>
            <w:tcW w:w="2952" w:type="dxa"/>
            <w:vAlign w:val="center"/>
          </w:tcPr>
          <w:p w:rsidR="00AE19D3" w:rsidRDefault="00000000">
            <w:r>
              <w:rPr>
                <w:sz w:val="16"/>
              </w:rPr>
              <w:t>Role-play: notice → get safe → get help → explain.</w:t>
            </w:r>
          </w:p>
        </w:tc>
      </w:tr>
      <w:tr w:rsidR="00AE19D3">
        <w:trPr>
          <w:jc w:val="center"/>
        </w:trPr>
        <w:tc>
          <w:tcPr>
            <w:tcW w:w="936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5 min</w:t>
            </w:r>
          </w:p>
        </w:tc>
        <w:tc>
          <w:tcPr>
            <w:tcW w:w="22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Exit Ticket</w:t>
            </w:r>
          </w:p>
        </w:tc>
        <w:tc>
          <w:tcPr>
            <w:tcW w:w="4104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Ask one question: “What is the safest thing you can do when someone needs emergency help?”</w:t>
            </w:r>
          </w:p>
        </w:tc>
        <w:tc>
          <w:tcPr>
            <w:tcW w:w="295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Draw or state the answer.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2"/>
        <w:spacing w:before="120" w:after="80"/>
      </w:pPr>
      <w:r>
        <w:t>GAME | SAFETY SCENARIO SORT</w:t>
      </w:r>
    </w:p>
    <w:p w:rsidR="00AE19D3" w:rsidRDefault="00000000">
      <w:pPr>
        <w:spacing w:after="80" w:line="252" w:lineRule="auto"/>
      </w:pPr>
      <w:r>
        <w:t>Place picture cards face up. Students sort them into three groups: SAFE TO HANDLE, GET AN ADULT, and EMERGENCY HELP NEEDED. The teacher emphasizes that students should never approach a dangerous scene simply to help.</w:t>
      </w:r>
    </w:p>
    <w:p w:rsidR="00AE19D3" w:rsidRDefault="00000000">
      <w:pPr>
        <w:pStyle w:val="Heading2"/>
        <w:spacing w:before="120" w:after="80"/>
      </w:pPr>
      <w:r>
        <w:lastRenderedPageBreak/>
        <w:t>GRADE-LEVEL ADAPTATION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AE19D3">
        <w:trPr>
          <w:tblHeader/>
          <w:jc w:val="center"/>
        </w:trPr>
        <w:tc>
          <w:tcPr>
            <w:tcW w:w="3024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KINDERGARTEN</w:t>
            </w:r>
          </w:p>
        </w:tc>
        <w:tc>
          <w:tcPr>
            <w:tcW w:w="3024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GRADE 1</w:t>
            </w:r>
          </w:p>
        </w:tc>
        <w:tc>
          <w:tcPr>
            <w:tcW w:w="3024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GRADE 2</w:t>
            </w:r>
          </w:p>
        </w:tc>
      </w:tr>
      <w:tr w:rsidR="00AE19D3">
        <w:trPr>
          <w:jc w:val="center"/>
        </w:trPr>
        <w:tc>
          <w:tcPr>
            <w:tcW w:w="3024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Use pictures and one-sentence responses. Practice naming a trusted adult.</w:t>
            </w:r>
          </w:p>
        </w:tc>
        <w:tc>
          <w:tcPr>
            <w:tcW w:w="3024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Add simple spoken scripts: “I need help. Someone is hurt.”</w:t>
            </w:r>
          </w:p>
        </w:tc>
        <w:tc>
          <w:tcPr>
            <w:tcW w:w="3024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Add location and situation details: “We are in the classroom. A person is not responding.”</w:t>
            </w:r>
          </w:p>
        </w:tc>
      </w:tr>
    </w:tbl>
    <w:p w:rsidR="00AE19D3" w:rsidRDefault="00AE19D3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AE19D3">
        <w:trPr>
          <w:jc w:val="center"/>
        </w:trPr>
        <w:tc>
          <w:tcPr>
            <w:tcW w:w="10166" w:type="dxa"/>
            <w:shd w:val="clear" w:color="auto" w:fill="E2F0D9"/>
          </w:tcPr>
          <w:p w:rsidR="00AE19D3" w:rsidRDefault="00000000">
            <w:pPr>
              <w:spacing w:after="40"/>
            </w:pPr>
            <w:r>
              <w:rPr>
                <w:b/>
                <w:color w:val="17365D"/>
                <w:sz w:val="20"/>
              </w:rPr>
              <w:t>DAY 1 KEY MESSAGE</w:t>
            </w:r>
          </w:p>
          <w:p w:rsidR="00AE19D3" w:rsidRDefault="00000000">
            <w:pPr>
              <w:spacing w:after="40"/>
            </w:pPr>
            <w:r>
              <w:t>You do not have to be the rescuer. You do have to get safe help.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1"/>
        <w:spacing w:before="200" w:after="80"/>
      </w:pPr>
      <w:r>
        <w:t>DAY 2 | BASIC FIRST AID &amp; BANDAGING</w:t>
      </w:r>
    </w:p>
    <w:p w:rsidR="00AE19D3" w:rsidRDefault="00000000">
      <w:pPr>
        <w:spacing w:after="80"/>
      </w:pPr>
      <w:r>
        <w:rPr>
          <w:b/>
        </w:rPr>
        <w:t xml:space="preserve">DURATION: </w:t>
      </w:r>
      <w:r>
        <w:t xml:space="preserve">60 MINUTES   |   </w:t>
      </w:r>
      <w:r>
        <w:rPr>
          <w:b/>
        </w:rPr>
        <w:t xml:space="preserve">OBJECTIVE: </w:t>
      </w:r>
      <w:r>
        <w:t>Students understand simple first aid, practice bandaging a pretend injury, and learn to stay calm and seek adult help.</w:t>
      </w:r>
    </w:p>
    <w:p w:rsidR="00AE19D3" w:rsidRDefault="00000000">
      <w:pPr>
        <w:pStyle w:val="Heading2"/>
        <w:spacing w:before="120" w:after="80"/>
      </w:pPr>
      <w:r>
        <w:t>60-MINUTE PLAN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6"/>
        <w:gridCol w:w="2232"/>
        <w:gridCol w:w="4104"/>
        <w:gridCol w:w="2952"/>
      </w:tblGrid>
      <w:tr w:rsidR="00AE19D3">
        <w:trPr>
          <w:tblHeader/>
          <w:jc w:val="center"/>
        </w:trPr>
        <w:tc>
          <w:tcPr>
            <w:tcW w:w="936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223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ACTIVITY</w:t>
            </w:r>
          </w:p>
        </w:tc>
        <w:tc>
          <w:tcPr>
            <w:tcW w:w="4104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TEACHER ACTION</w:t>
            </w:r>
          </w:p>
        </w:tc>
        <w:tc>
          <w:tcPr>
            <w:tcW w:w="295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STUDENT ACTION</w:t>
            </w:r>
          </w:p>
        </w:tc>
      </w:tr>
      <w:tr w:rsidR="00AE19D3">
        <w:trPr>
          <w:jc w:val="center"/>
        </w:trPr>
        <w:tc>
          <w:tcPr>
            <w:tcW w:w="936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10 min</w:t>
            </w:r>
          </w:p>
        </w:tc>
        <w:tc>
          <w:tcPr>
            <w:tcW w:w="22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First Aid Charades / Memory Game</w:t>
            </w:r>
          </w:p>
        </w:tc>
        <w:tc>
          <w:tcPr>
            <w:tcW w:w="4104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Model simple actions: bandage, comfort, get help. Avoid pretending to perform advanced care.</w:t>
            </w:r>
          </w:p>
        </w:tc>
        <w:tc>
          <w:tcPr>
            <w:tcW w:w="295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Act out or match basic first-aid actions.</w:t>
            </w:r>
          </w:p>
        </w:tc>
      </w:tr>
      <w:tr w:rsidR="00AE19D3">
        <w:trPr>
          <w:jc w:val="center"/>
        </w:trPr>
        <w:tc>
          <w:tcPr>
            <w:tcW w:w="936" w:type="dxa"/>
            <w:vAlign w:val="center"/>
          </w:tcPr>
          <w:p w:rsidR="00AE19D3" w:rsidRDefault="00000000">
            <w:r>
              <w:rPr>
                <w:sz w:val="16"/>
              </w:rPr>
              <w:t>15 min</w:t>
            </w:r>
          </w:p>
        </w:tc>
        <w:tc>
          <w:tcPr>
            <w:tcW w:w="2232" w:type="dxa"/>
            <w:vAlign w:val="center"/>
          </w:tcPr>
          <w:p w:rsidR="00AE19D3" w:rsidRDefault="00000000">
            <w:r>
              <w:rPr>
                <w:sz w:val="16"/>
              </w:rPr>
              <w:t>First Aid Mini-Lesson</w:t>
            </w:r>
          </w:p>
        </w:tc>
        <w:tc>
          <w:tcPr>
            <w:tcW w:w="4104" w:type="dxa"/>
            <w:vAlign w:val="center"/>
          </w:tcPr>
          <w:p w:rsidR="00AE19D3" w:rsidRDefault="00000000">
            <w:r>
              <w:rPr>
                <w:sz w:val="16"/>
              </w:rPr>
              <w:t>Explain that simple first aid can include cleaning and covering a small cut, applying a bandage, and comforting someone.</w:t>
            </w:r>
          </w:p>
        </w:tc>
        <w:tc>
          <w:tcPr>
            <w:tcW w:w="2952" w:type="dxa"/>
            <w:vAlign w:val="center"/>
          </w:tcPr>
          <w:p w:rsidR="00AE19D3" w:rsidRDefault="00000000">
            <w:r>
              <w:rPr>
                <w:sz w:val="16"/>
              </w:rPr>
              <w:t>Identify appropriate simple actions.</w:t>
            </w:r>
          </w:p>
        </w:tc>
      </w:tr>
      <w:tr w:rsidR="00AE19D3">
        <w:trPr>
          <w:jc w:val="center"/>
        </w:trPr>
        <w:tc>
          <w:tcPr>
            <w:tcW w:w="936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25 min</w:t>
            </w:r>
          </w:p>
        </w:tc>
        <w:tc>
          <w:tcPr>
            <w:tcW w:w="22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Bandaging Practice</w:t>
            </w:r>
          </w:p>
        </w:tc>
        <w:tc>
          <w:tcPr>
            <w:tcW w:w="4104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Use stickers/paper cutouts as pretend injuries. Demonstrate cleaning/covering and bandaging according to school procedure.</w:t>
            </w:r>
          </w:p>
        </w:tc>
        <w:tc>
          <w:tcPr>
            <w:tcW w:w="295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Practice on pretend injuries, not real wounds.</w:t>
            </w:r>
          </w:p>
        </w:tc>
      </w:tr>
      <w:tr w:rsidR="00AE19D3">
        <w:trPr>
          <w:jc w:val="center"/>
        </w:trPr>
        <w:tc>
          <w:tcPr>
            <w:tcW w:w="936" w:type="dxa"/>
            <w:vAlign w:val="center"/>
          </w:tcPr>
          <w:p w:rsidR="00AE19D3" w:rsidRDefault="00000000">
            <w:r>
              <w:rPr>
                <w:sz w:val="16"/>
              </w:rPr>
              <w:t>5 min</w:t>
            </w:r>
          </w:p>
        </w:tc>
        <w:tc>
          <w:tcPr>
            <w:tcW w:w="2232" w:type="dxa"/>
            <w:vAlign w:val="center"/>
          </w:tcPr>
          <w:p w:rsidR="00AE19D3" w:rsidRDefault="00000000">
            <w:r>
              <w:rPr>
                <w:sz w:val="16"/>
              </w:rPr>
              <w:t>First Aid Booklet</w:t>
            </w:r>
          </w:p>
        </w:tc>
        <w:tc>
          <w:tcPr>
            <w:tcW w:w="4104" w:type="dxa"/>
            <w:vAlign w:val="center"/>
          </w:tcPr>
          <w:p w:rsidR="00AE19D3" w:rsidRDefault="00000000">
            <w:r>
              <w:rPr>
                <w:sz w:val="16"/>
              </w:rPr>
              <w:t>Prompt students to draw one safety action they learned.</w:t>
            </w:r>
          </w:p>
        </w:tc>
        <w:tc>
          <w:tcPr>
            <w:tcW w:w="2952" w:type="dxa"/>
            <w:vAlign w:val="center"/>
          </w:tcPr>
          <w:p w:rsidR="00AE19D3" w:rsidRDefault="00000000">
            <w:r>
              <w:rPr>
                <w:sz w:val="16"/>
              </w:rPr>
              <w:t>Draw/write one step.</w:t>
            </w:r>
          </w:p>
        </w:tc>
      </w:tr>
      <w:tr w:rsidR="00AE19D3">
        <w:trPr>
          <w:jc w:val="center"/>
        </w:trPr>
        <w:tc>
          <w:tcPr>
            <w:tcW w:w="936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5 min</w:t>
            </w:r>
          </w:p>
        </w:tc>
        <w:tc>
          <w:tcPr>
            <w:tcW w:w="22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Exit Check</w:t>
            </w:r>
          </w:p>
        </w:tc>
        <w:tc>
          <w:tcPr>
            <w:tcW w:w="4104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Ask: “When should you get an adult?”</w:t>
            </w:r>
          </w:p>
        </w:tc>
        <w:tc>
          <w:tcPr>
            <w:tcW w:w="295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Answer with a situation.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2"/>
        <w:spacing w:before="120" w:after="80"/>
      </w:pPr>
      <w:r>
        <w:t>GAME | FIRST AID MEMORY</w:t>
      </w:r>
    </w:p>
    <w:p w:rsidR="00AE19D3" w:rsidRDefault="00000000">
      <w:pPr>
        <w:spacing w:after="80" w:line="252" w:lineRule="auto"/>
      </w:pPr>
      <w:r>
        <w:t>Create pairs of cards: a picture of a situation and the matching safe response. Example pairs: small scrape → tell an adult and cover appropriately; upset person → comfort and get help; serious injury → do not handle it yourself; get an adult.</w:t>
      </w:r>
    </w:p>
    <w:p w:rsidR="00AE19D3" w:rsidRDefault="00000000">
      <w:pPr>
        <w:pStyle w:val="Heading2"/>
        <w:spacing w:before="120" w:after="80"/>
      </w:pPr>
      <w:r>
        <w:t>TEACHER TALKING POINTS</w:t>
      </w:r>
    </w:p>
    <w:p w:rsidR="00AE19D3" w:rsidRDefault="00000000">
      <w:pPr>
        <w:pStyle w:val="ListBullet"/>
        <w:spacing w:after="40"/>
        <w:ind w:left="288"/>
      </w:pPr>
      <w:r>
        <w:t>First aid is about helping safely until a trained person can take over.</w:t>
      </w:r>
    </w:p>
    <w:p w:rsidR="00AE19D3" w:rsidRDefault="00000000">
      <w:pPr>
        <w:pStyle w:val="ListBullet"/>
        <w:spacing w:after="40"/>
        <w:ind w:left="288"/>
      </w:pPr>
      <w:r>
        <w:t>Students should not diagnose injuries or decide that a serious injury is “fine.”</w:t>
      </w:r>
    </w:p>
    <w:p w:rsidR="00AE19D3" w:rsidRDefault="00000000">
      <w:pPr>
        <w:pStyle w:val="ListBullet"/>
        <w:spacing w:after="40"/>
        <w:ind w:left="288"/>
      </w:pPr>
      <w:r>
        <w:t>Comfort is a real form of help: calm words, getting an adult, and staying nearby when safe.</w:t>
      </w:r>
    </w:p>
    <w:p w:rsidR="00AE19D3" w:rsidRDefault="00000000">
      <w:pPr>
        <w:pStyle w:val="ListBullet"/>
        <w:spacing w:after="40"/>
        <w:ind w:left="288"/>
      </w:pPr>
      <w:r>
        <w:t>Use pretend injuries for practice.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AE19D3">
        <w:trPr>
          <w:jc w:val="center"/>
        </w:trPr>
        <w:tc>
          <w:tcPr>
            <w:tcW w:w="10166" w:type="dxa"/>
            <w:shd w:val="clear" w:color="auto" w:fill="E2F0D9"/>
          </w:tcPr>
          <w:p w:rsidR="00AE19D3" w:rsidRDefault="00000000">
            <w:pPr>
              <w:spacing w:after="40"/>
            </w:pPr>
            <w:r>
              <w:rPr>
                <w:b/>
                <w:color w:val="17365D"/>
                <w:sz w:val="20"/>
              </w:rPr>
              <w:t>DAY 2 KEY MESSAGE</w:t>
            </w:r>
          </w:p>
          <w:p w:rsidR="00AE19D3" w:rsidRDefault="00000000">
            <w:pPr>
              <w:spacing w:after="40"/>
            </w:pPr>
            <w:r>
              <w:t>HELPING SAFELY IS BETTER THAN HELPING QUICKLY IN AN UNSAFE WAY.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1"/>
        <w:spacing w:before="200" w:after="80"/>
      </w:pPr>
      <w:r>
        <w:t>DAY 3 | CPR AWARENESS &amp; HANDS-ONLY CPR</w:t>
      </w:r>
    </w:p>
    <w:p w:rsidR="00AE19D3" w:rsidRDefault="00000000">
      <w:pPr>
        <w:spacing w:after="80"/>
      </w:pPr>
      <w:r>
        <w:rPr>
          <w:b/>
        </w:rPr>
        <w:t xml:space="preserve">DURATION: </w:t>
      </w:r>
      <w:r>
        <w:t xml:space="preserve">60 MINUTES   |   </w:t>
      </w:r>
      <w:r>
        <w:rPr>
          <w:b/>
        </w:rPr>
        <w:t xml:space="preserve">OBJECTIVE: </w:t>
      </w:r>
      <w:r>
        <w:t>Students explain CPR in simple language, recognize why rapid help matters, and practice the concept on training equipment.</w:t>
      </w:r>
    </w:p>
    <w:p w:rsidR="00AE19D3" w:rsidRDefault="00000000">
      <w:pPr>
        <w:pStyle w:val="Heading2"/>
        <w:spacing w:before="120" w:after="80"/>
      </w:pPr>
      <w:r>
        <w:t>60-MINUTE PLAN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6"/>
        <w:gridCol w:w="2232"/>
        <w:gridCol w:w="4104"/>
        <w:gridCol w:w="2952"/>
      </w:tblGrid>
      <w:tr w:rsidR="00AE19D3">
        <w:trPr>
          <w:tblHeader/>
          <w:jc w:val="center"/>
        </w:trPr>
        <w:tc>
          <w:tcPr>
            <w:tcW w:w="936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223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ACTIVITY</w:t>
            </w:r>
          </w:p>
        </w:tc>
        <w:tc>
          <w:tcPr>
            <w:tcW w:w="4104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TEACHER ACTION</w:t>
            </w:r>
          </w:p>
        </w:tc>
        <w:tc>
          <w:tcPr>
            <w:tcW w:w="295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STUDENT ACTION</w:t>
            </w:r>
          </w:p>
        </w:tc>
      </w:tr>
      <w:tr w:rsidR="00AE19D3">
        <w:trPr>
          <w:jc w:val="center"/>
        </w:trPr>
        <w:tc>
          <w:tcPr>
            <w:tcW w:w="936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10 min</w:t>
            </w:r>
          </w:p>
        </w:tc>
        <w:tc>
          <w:tcPr>
            <w:tcW w:w="22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What Is CPR?</w:t>
            </w:r>
          </w:p>
        </w:tc>
        <w:tc>
          <w:tcPr>
            <w:tcW w:w="4104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Explain CPR as a technique used when a person is not responding and is not breathing normally. Use simple visuals.</w:t>
            </w:r>
          </w:p>
        </w:tc>
        <w:tc>
          <w:tcPr>
            <w:tcW w:w="295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Explain CPR in their own words.</w:t>
            </w:r>
          </w:p>
        </w:tc>
      </w:tr>
      <w:tr w:rsidR="00AE19D3">
        <w:trPr>
          <w:jc w:val="center"/>
        </w:trPr>
        <w:tc>
          <w:tcPr>
            <w:tcW w:w="936" w:type="dxa"/>
            <w:vAlign w:val="center"/>
          </w:tcPr>
          <w:p w:rsidR="00AE19D3" w:rsidRDefault="00000000">
            <w:r>
              <w:rPr>
                <w:sz w:val="16"/>
              </w:rPr>
              <w:t>15 min</w:t>
            </w:r>
          </w:p>
        </w:tc>
        <w:tc>
          <w:tcPr>
            <w:tcW w:w="2232" w:type="dxa"/>
            <w:vAlign w:val="center"/>
          </w:tcPr>
          <w:p w:rsidR="00AE19D3" w:rsidRDefault="00000000">
            <w:r>
              <w:rPr>
                <w:sz w:val="16"/>
              </w:rPr>
              <w:t>Why CPR Matters</w:t>
            </w:r>
          </w:p>
        </w:tc>
        <w:tc>
          <w:tcPr>
            <w:tcW w:w="4104" w:type="dxa"/>
            <w:vAlign w:val="center"/>
          </w:tcPr>
          <w:p w:rsidR="00AE19D3" w:rsidRDefault="00000000">
            <w:r>
              <w:rPr>
                <w:sz w:val="16"/>
              </w:rPr>
              <w:t>Connect chest compressions to helping blood move through the body. Discuss sudden collapse, no response and no normal breathing as warning signs.</w:t>
            </w:r>
          </w:p>
        </w:tc>
        <w:tc>
          <w:tcPr>
            <w:tcW w:w="2952" w:type="dxa"/>
            <w:vAlign w:val="center"/>
          </w:tcPr>
          <w:p w:rsidR="00AE19D3" w:rsidRDefault="00000000">
            <w:r>
              <w:rPr>
                <w:sz w:val="16"/>
              </w:rPr>
              <w:t>Identify when emergency help is needed.</w:t>
            </w:r>
          </w:p>
        </w:tc>
      </w:tr>
      <w:tr w:rsidR="00AE19D3">
        <w:trPr>
          <w:jc w:val="center"/>
        </w:trPr>
        <w:tc>
          <w:tcPr>
            <w:tcW w:w="936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25 min</w:t>
            </w:r>
          </w:p>
        </w:tc>
        <w:tc>
          <w:tcPr>
            <w:tcW w:w="22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Hands-Only CPR Awareness &amp; Manikin Practice</w:t>
            </w:r>
          </w:p>
        </w:tc>
        <w:tc>
          <w:tcPr>
            <w:tcW w:w="4104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 xml:space="preserve">Demonstrate the current, qualified-provider technique on a manikin. Keep students on appropriate equipment </w:t>
            </w:r>
            <w:r>
              <w:rPr>
                <w:sz w:val="16"/>
              </w:rPr>
              <w:lastRenderedPageBreak/>
              <w:t>and use current training guidance for physical details.</w:t>
            </w:r>
          </w:p>
        </w:tc>
        <w:tc>
          <w:tcPr>
            <w:tcW w:w="295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lastRenderedPageBreak/>
              <w:t xml:space="preserve">Practice only the age-appropriate, supervised manikin activity assigned by </w:t>
            </w:r>
            <w:r>
              <w:rPr>
                <w:sz w:val="16"/>
              </w:rPr>
              <w:lastRenderedPageBreak/>
              <w:t>the teacher.</w:t>
            </w:r>
          </w:p>
        </w:tc>
      </w:tr>
      <w:tr w:rsidR="00AE19D3">
        <w:trPr>
          <w:jc w:val="center"/>
        </w:trPr>
        <w:tc>
          <w:tcPr>
            <w:tcW w:w="936" w:type="dxa"/>
            <w:vAlign w:val="center"/>
          </w:tcPr>
          <w:p w:rsidR="00AE19D3" w:rsidRDefault="00000000">
            <w:r>
              <w:rPr>
                <w:sz w:val="16"/>
              </w:rPr>
              <w:lastRenderedPageBreak/>
              <w:t>5 min</w:t>
            </w:r>
          </w:p>
        </w:tc>
        <w:tc>
          <w:tcPr>
            <w:tcW w:w="2232" w:type="dxa"/>
            <w:vAlign w:val="center"/>
          </w:tcPr>
          <w:p w:rsidR="00AE19D3" w:rsidRDefault="00000000">
            <w:r>
              <w:rPr>
                <w:sz w:val="16"/>
              </w:rPr>
              <w:t>CPR Sequence Game</w:t>
            </w:r>
          </w:p>
        </w:tc>
        <w:tc>
          <w:tcPr>
            <w:tcW w:w="4104" w:type="dxa"/>
            <w:vAlign w:val="center"/>
          </w:tcPr>
          <w:p w:rsidR="00AE19D3" w:rsidRDefault="00000000">
            <w:r>
              <w:rPr>
                <w:sz w:val="16"/>
              </w:rPr>
              <w:t>Students arrange cards: notice → get help/call → CPR by trained helper → AED/EMS support.</w:t>
            </w:r>
          </w:p>
        </w:tc>
        <w:tc>
          <w:tcPr>
            <w:tcW w:w="2952" w:type="dxa"/>
            <w:vAlign w:val="center"/>
          </w:tcPr>
          <w:p w:rsidR="00AE19D3" w:rsidRDefault="00000000">
            <w:r>
              <w:rPr>
                <w:sz w:val="16"/>
              </w:rPr>
              <w:t>Put cards in order.</w:t>
            </w:r>
          </w:p>
        </w:tc>
      </w:tr>
      <w:tr w:rsidR="00AE19D3">
        <w:trPr>
          <w:jc w:val="center"/>
        </w:trPr>
        <w:tc>
          <w:tcPr>
            <w:tcW w:w="936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5 min</w:t>
            </w:r>
          </w:p>
        </w:tc>
        <w:tc>
          <w:tcPr>
            <w:tcW w:w="22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Exit Ticket</w:t>
            </w:r>
          </w:p>
        </w:tc>
        <w:tc>
          <w:tcPr>
            <w:tcW w:w="4104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Ask: “What is your first job when you see a person who is not responding?”</w:t>
            </w:r>
          </w:p>
        </w:tc>
        <w:tc>
          <w:tcPr>
            <w:tcW w:w="295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Answer: get safe help / follow the emergency plan.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2"/>
        <w:spacing w:before="120" w:after="80"/>
      </w:pPr>
      <w:r>
        <w:t>GAME | CPR RELAY — THINK, DON'T RUSH</w:t>
      </w:r>
    </w:p>
    <w:p w:rsidR="00AE19D3" w:rsidRDefault="00000000">
      <w:pPr>
        <w:spacing w:after="80" w:line="252" w:lineRule="auto"/>
      </w:pPr>
      <w:r>
        <w:t>Teams rotate through stations: (1) recognize an emergency, (2) point to the correct helper, (3) choose the correct emergency message, (4) identify the CPR manikin, and (5) sequence the response cards. Score accuracy, not speed.</w:t>
      </w:r>
    </w:p>
    <w:p w:rsidR="00AE19D3" w:rsidRDefault="00000000">
      <w:pPr>
        <w:pStyle w:val="Heading2"/>
        <w:spacing w:before="120" w:after="80"/>
      </w:pPr>
      <w:r>
        <w:t>DEVELOPMENTAL EMPHASIS</w:t>
      </w:r>
    </w:p>
    <w:p w:rsidR="00AE19D3" w:rsidRDefault="00000000">
      <w:pPr>
        <w:pStyle w:val="ListBullet"/>
        <w:spacing w:after="40"/>
        <w:ind w:left="288"/>
      </w:pPr>
      <w:r>
        <w:t>K–1: CPR is primarily awareness plus supervised practice on a manikin when appropriate.</w:t>
      </w:r>
    </w:p>
    <w:p w:rsidR="00AE19D3" w:rsidRDefault="00000000">
      <w:pPr>
        <w:pStyle w:val="ListBullet"/>
        <w:spacing w:after="40"/>
        <w:ind w:left="288"/>
      </w:pPr>
      <w:r>
        <w:t>Grade 2: Students can explain the emergency sequence and demonstrate greater independence in scenario decisions.</w:t>
      </w:r>
    </w:p>
    <w:p w:rsidR="00AE19D3" w:rsidRDefault="00000000">
      <w:pPr>
        <w:pStyle w:val="ListBullet"/>
        <w:spacing w:after="40"/>
        <w:ind w:left="288"/>
      </w:pPr>
      <w:r>
        <w:t>The source materials describe hands-only CPR as chest compressions without rescue breaths; the K–2 production standard keeps physical practice supervised and equipment-based. fileciteturn3file3L240-L250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AE19D3">
        <w:trPr>
          <w:jc w:val="center"/>
        </w:trPr>
        <w:tc>
          <w:tcPr>
            <w:tcW w:w="10166" w:type="dxa"/>
            <w:shd w:val="clear" w:color="auto" w:fill="E2F0D9"/>
          </w:tcPr>
          <w:p w:rsidR="00AE19D3" w:rsidRDefault="00000000">
            <w:pPr>
              <w:spacing w:after="40"/>
            </w:pPr>
            <w:r>
              <w:rPr>
                <w:b/>
                <w:color w:val="17365D"/>
                <w:sz w:val="20"/>
              </w:rPr>
              <w:t>DAY 3 KEY MESSAGE</w:t>
            </w:r>
          </w:p>
          <w:p w:rsidR="00AE19D3" w:rsidRDefault="00000000">
            <w:pPr>
              <w:spacing w:after="40"/>
            </w:pPr>
            <w:r>
              <w:t>CPR IS A LIFE-SAVING SKILL. GET TRAINED HELP FAST.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1"/>
        <w:spacing w:before="200" w:after="80"/>
      </w:pPr>
      <w:r>
        <w:t>DAY 4 | CHOKING RESPONSE &amp; AED AWARENESS</w:t>
      </w:r>
    </w:p>
    <w:p w:rsidR="00AE19D3" w:rsidRDefault="00000000">
      <w:pPr>
        <w:spacing w:after="80"/>
      </w:pPr>
      <w:r>
        <w:rPr>
          <w:b/>
        </w:rPr>
        <w:t xml:space="preserve">DURATION: </w:t>
      </w:r>
      <w:r>
        <w:t xml:space="preserve">60 MINUTES   |   </w:t>
      </w:r>
      <w:r>
        <w:rPr>
          <w:b/>
        </w:rPr>
        <w:t xml:space="preserve">OBJECTIVE: </w:t>
      </w:r>
      <w:r>
        <w:t>Students recognize choking, understand the difference between coughing and a blocked airway, know to get adult help, and identify an AED.</w:t>
      </w:r>
    </w:p>
    <w:p w:rsidR="00AE19D3" w:rsidRDefault="00000000">
      <w:pPr>
        <w:pStyle w:val="Heading2"/>
        <w:spacing w:before="120" w:after="80"/>
      </w:pPr>
      <w:r>
        <w:t>60-MINUTE PLAN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6"/>
        <w:gridCol w:w="2232"/>
        <w:gridCol w:w="4104"/>
        <w:gridCol w:w="2952"/>
      </w:tblGrid>
      <w:tr w:rsidR="00AE19D3">
        <w:trPr>
          <w:tblHeader/>
          <w:jc w:val="center"/>
        </w:trPr>
        <w:tc>
          <w:tcPr>
            <w:tcW w:w="936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223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ACTIVITY</w:t>
            </w:r>
          </w:p>
        </w:tc>
        <w:tc>
          <w:tcPr>
            <w:tcW w:w="4104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TEACHER ACTION</w:t>
            </w:r>
          </w:p>
        </w:tc>
        <w:tc>
          <w:tcPr>
            <w:tcW w:w="295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STUDENT ACTION</w:t>
            </w:r>
          </w:p>
        </w:tc>
      </w:tr>
      <w:tr w:rsidR="00AE19D3">
        <w:trPr>
          <w:jc w:val="center"/>
        </w:trPr>
        <w:tc>
          <w:tcPr>
            <w:tcW w:w="936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10 min</w:t>
            </w:r>
          </w:p>
        </w:tc>
        <w:tc>
          <w:tcPr>
            <w:tcW w:w="22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Choking Charades</w:t>
            </w:r>
          </w:p>
        </w:tc>
        <w:tc>
          <w:tcPr>
            <w:tcW w:w="4104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Use gestures only; do not create real choking behavior. Ask students what they notice.</w:t>
            </w:r>
          </w:p>
        </w:tc>
        <w:tc>
          <w:tcPr>
            <w:tcW w:w="295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Identify a possible choking emergency.</w:t>
            </w:r>
          </w:p>
        </w:tc>
      </w:tr>
      <w:tr w:rsidR="00AE19D3">
        <w:trPr>
          <w:jc w:val="center"/>
        </w:trPr>
        <w:tc>
          <w:tcPr>
            <w:tcW w:w="936" w:type="dxa"/>
            <w:vAlign w:val="center"/>
          </w:tcPr>
          <w:p w:rsidR="00AE19D3" w:rsidRDefault="00000000">
            <w:r>
              <w:rPr>
                <w:sz w:val="16"/>
              </w:rPr>
              <w:t>15 min</w:t>
            </w:r>
          </w:p>
        </w:tc>
        <w:tc>
          <w:tcPr>
            <w:tcW w:w="2232" w:type="dxa"/>
            <w:vAlign w:val="center"/>
          </w:tcPr>
          <w:p w:rsidR="00AE19D3" w:rsidRDefault="00000000">
            <w:r>
              <w:rPr>
                <w:sz w:val="16"/>
              </w:rPr>
              <w:t>Choking Safety Lesson</w:t>
            </w:r>
          </w:p>
        </w:tc>
        <w:tc>
          <w:tcPr>
            <w:tcW w:w="4104" w:type="dxa"/>
            <w:vAlign w:val="center"/>
          </w:tcPr>
          <w:p w:rsidR="00AE19D3" w:rsidRDefault="00000000">
            <w:r>
              <w:rPr>
                <w:sz w:val="16"/>
              </w:rPr>
              <w:t>Explain that choking occurs when something blocks the airway. If a person can cough, encourage coughing and get help.</w:t>
            </w:r>
          </w:p>
        </w:tc>
        <w:tc>
          <w:tcPr>
            <w:tcW w:w="2952" w:type="dxa"/>
            <w:vAlign w:val="center"/>
          </w:tcPr>
          <w:p w:rsidR="00AE19D3" w:rsidRDefault="00000000">
            <w:r>
              <w:rPr>
                <w:sz w:val="16"/>
              </w:rPr>
              <w:t>Distinguish “can cough” from “cannot breathe/respond normally.”</w:t>
            </w:r>
          </w:p>
        </w:tc>
      </w:tr>
      <w:tr w:rsidR="00AE19D3">
        <w:trPr>
          <w:jc w:val="center"/>
        </w:trPr>
        <w:tc>
          <w:tcPr>
            <w:tcW w:w="936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15 min</w:t>
            </w:r>
          </w:p>
        </w:tc>
        <w:tc>
          <w:tcPr>
            <w:tcW w:w="22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Safe Response Practice</w:t>
            </w:r>
          </w:p>
        </w:tc>
        <w:tc>
          <w:tcPr>
            <w:tcW w:w="4104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Demonstrate the response concept on a training device only. Emphasize adult help and emergency services.</w:t>
            </w:r>
          </w:p>
        </w:tc>
        <w:tc>
          <w:tcPr>
            <w:tcW w:w="295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Practice the decision sequence without performing maneuvers on classmates.</w:t>
            </w:r>
          </w:p>
        </w:tc>
      </w:tr>
      <w:tr w:rsidR="00AE19D3">
        <w:trPr>
          <w:jc w:val="center"/>
        </w:trPr>
        <w:tc>
          <w:tcPr>
            <w:tcW w:w="936" w:type="dxa"/>
            <w:vAlign w:val="center"/>
          </w:tcPr>
          <w:p w:rsidR="00AE19D3" w:rsidRDefault="00000000">
            <w:r>
              <w:rPr>
                <w:sz w:val="16"/>
              </w:rPr>
              <w:t>10 min</w:t>
            </w:r>
          </w:p>
        </w:tc>
        <w:tc>
          <w:tcPr>
            <w:tcW w:w="2232" w:type="dxa"/>
            <w:vAlign w:val="center"/>
          </w:tcPr>
          <w:p w:rsidR="00AE19D3" w:rsidRDefault="00000000">
            <w:r>
              <w:rPr>
                <w:sz w:val="16"/>
              </w:rPr>
              <w:t>AED Awareness</w:t>
            </w:r>
          </w:p>
        </w:tc>
        <w:tc>
          <w:tcPr>
            <w:tcW w:w="4104" w:type="dxa"/>
            <w:vAlign w:val="center"/>
          </w:tcPr>
          <w:p w:rsidR="00AE19D3" w:rsidRDefault="00000000">
            <w:r>
              <w:rPr>
                <w:sz w:val="16"/>
              </w:rPr>
              <w:t>Show an AED photo/trainer. Explain that it is an emergency device used by trained/instructed responders with CPR.</w:t>
            </w:r>
          </w:p>
        </w:tc>
        <w:tc>
          <w:tcPr>
            <w:tcW w:w="2952" w:type="dxa"/>
            <w:vAlign w:val="center"/>
          </w:tcPr>
          <w:p w:rsidR="00AE19D3" w:rsidRDefault="00000000">
            <w:r>
              <w:rPr>
                <w:sz w:val="16"/>
              </w:rPr>
              <w:t>Identify the AED and explain its purpose.</w:t>
            </w:r>
          </w:p>
        </w:tc>
      </w:tr>
      <w:tr w:rsidR="00AE19D3">
        <w:trPr>
          <w:jc w:val="center"/>
        </w:trPr>
        <w:tc>
          <w:tcPr>
            <w:tcW w:w="936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5 min</w:t>
            </w:r>
          </w:p>
        </w:tc>
        <w:tc>
          <w:tcPr>
            <w:tcW w:w="22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Safety Game Show</w:t>
            </w:r>
          </w:p>
        </w:tc>
        <w:tc>
          <w:tcPr>
            <w:tcW w:w="4104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Ask rapid scenario questions.</w:t>
            </w:r>
          </w:p>
        </w:tc>
        <w:tc>
          <w:tcPr>
            <w:tcW w:w="295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Answer as teams.</w:t>
            </w:r>
          </w:p>
        </w:tc>
      </w:tr>
      <w:tr w:rsidR="00AE19D3">
        <w:trPr>
          <w:jc w:val="center"/>
        </w:trPr>
        <w:tc>
          <w:tcPr>
            <w:tcW w:w="936" w:type="dxa"/>
            <w:vAlign w:val="center"/>
          </w:tcPr>
          <w:p w:rsidR="00AE19D3" w:rsidRDefault="00000000">
            <w:r>
              <w:rPr>
                <w:sz w:val="16"/>
              </w:rPr>
              <w:t>5 min</w:t>
            </w:r>
          </w:p>
        </w:tc>
        <w:tc>
          <w:tcPr>
            <w:tcW w:w="2232" w:type="dxa"/>
            <w:vAlign w:val="center"/>
          </w:tcPr>
          <w:p w:rsidR="00AE19D3" w:rsidRDefault="00000000">
            <w:r>
              <w:rPr>
                <w:sz w:val="16"/>
              </w:rPr>
              <w:t>Exit Ticket</w:t>
            </w:r>
          </w:p>
        </w:tc>
        <w:tc>
          <w:tcPr>
            <w:tcW w:w="4104" w:type="dxa"/>
            <w:vAlign w:val="center"/>
          </w:tcPr>
          <w:p w:rsidR="00AE19D3" w:rsidRDefault="00000000">
            <w:r>
              <w:rPr>
                <w:sz w:val="16"/>
              </w:rPr>
              <w:t>Ask: “What should you do if someone is choking?”</w:t>
            </w:r>
          </w:p>
        </w:tc>
        <w:tc>
          <w:tcPr>
            <w:tcW w:w="2952" w:type="dxa"/>
            <w:vAlign w:val="center"/>
          </w:tcPr>
          <w:p w:rsidR="00AE19D3" w:rsidRDefault="00000000">
            <w:r>
              <w:rPr>
                <w:sz w:val="16"/>
              </w:rPr>
              <w:t>State the safe help-seeking response.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2"/>
        <w:spacing w:before="120" w:after="80"/>
      </w:pPr>
      <w:r>
        <w:t>GAME | CHOKING SAFETY GAME SHOW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4464"/>
      </w:tblGrid>
      <w:tr w:rsidR="00AE19D3">
        <w:trPr>
          <w:tblHeader/>
          <w:jc w:val="center"/>
        </w:trPr>
        <w:tc>
          <w:tcPr>
            <w:tcW w:w="5184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QUESTION</w:t>
            </w:r>
          </w:p>
        </w:tc>
        <w:tc>
          <w:tcPr>
            <w:tcW w:w="4464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EXPECTED K–2 RESPONSE</w:t>
            </w:r>
          </w:p>
        </w:tc>
      </w:tr>
      <w:tr w:rsidR="00AE19D3">
        <w:trPr>
          <w:jc w:val="center"/>
        </w:trPr>
        <w:tc>
          <w:tcPr>
            <w:tcW w:w="5184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A person can cough. What should you do?</w:t>
            </w:r>
          </w:p>
        </w:tc>
        <w:tc>
          <w:tcPr>
            <w:tcW w:w="4464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Encourage coughing and get a trusted adult.</w:t>
            </w:r>
          </w:p>
        </w:tc>
      </w:tr>
      <w:tr w:rsidR="00AE19D3">
        <w:trPr>
          <w:jc w:val="center"/>
        </w:trPr>
        <w:tc>
          <w:tcPr>
            <w:tcW w:w="5184" w:type="dxa"/>
            <w:vAlign w:val="center"/>
          </w:tcPr>
          <w:p w:rsidR="00AE19D3" w:rsidRDefault="00000000">
            <w:r>
              <w:rPr>
                <w:sz w:val="17"/>
              </w:rPr>
              <w:t>A person cannot breathe normally and needs urgent help. What should you do?</w:t>
            </w:r>
          </w:p>
        </w:tc>
        <w:tc>
          <w:tcPr>
            <w:tcW w:w="4464" w:type="dxa"/>
            <w:vAlign w:val="center"/>
          </w:tcPr>
          <w:p w:rsidR="00AE19D3" w:rsidRDefault="00000000">
            <w:r>
              <w:rPr>
                <w:sz w:val="17"/>
              </w:rPr>
              <w:t>Get an adult/emergency help immediately.</w:t>
            </w:r>
          </w:p>
        </w:tc>
      </w:tr>
      <w:tr w:rsidR="00AE19D3">
        <w:trPr>
          <w:jc w:val="center"/>
        </w:trPr>
        <w:tc>
          <w:tcPr>
            <w:tcW w:w="5184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Should you put your fingers into someone's mouth to look for an object?</w:t>
            </w:r>
          </w:p>
        </w:tc>
        <w:tc>
          <w:tcPr>
            <w:tcW w:w="4464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No.</w:t>
            </w:r>
          </w:p>
        </w:tc>
      </w:tr>
      <w:tr w:rsidR="00AE19D3">
        <w:trPr>
          <w:jc w:val="center"/>
        </w:trPr>
        <w:tc>
          <w:tcPr>
            <w:tcW w:w="5184" w:type="dxa"/>
            <w:vAlign w:val="center"/>
          </w:tcPr>
          <w:p w:rsidR="00AE19D3" w:rsidRDefault="00000000">
            <w:r>
              <w:rPr>
                <w:sz w:val="17"/>
              </w:rPr>
              <w:t>Should students practice choking maneuvers on classmates?</w:t>
            </w:r>
          </w:p>
        </w:tc>
        <w:tc>
          <w:tcPr>
            <w:tcW w:w="4464" w:type="dxa"/>
            <w:vAlign w:val="center"/>
          </w:tcPr>
          <w:p w:rsidR="00AE19D3" w:rsidRDefault="00000000">
            <w:r>
              <w:rPr>
                <w:sz w:val="17"/>
              </w:rPr>
              <w:t>No. Use training equipment and qualified instruction.</w:t>
            </w:r>
          </w:p>
        </w:tc>
      </w:tr>
      <w:tr w:rsidR="00AE19D3">
        <w:trPr>
          <w:jc w:val="center"/>
        </w:trPr>
        <w:tc>
          <w:tcPr>
            <w:tcW w:w="5184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What is an AED?</w:t>
            </w:r>
          </w:p>
        </w:tc>
        <w:tc>
          <w:tcPr>
            <w:tcW w:w="4464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An emergency device that can help in some cardiac emergencies.</w:t>
            </w:r>
          </w:p>
        </w:tc>
      </w:tr>
    </w:tbl>
    <w:p w:rsidR="00AE19D3" w:rsidRDefault="00AE19D3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AE19D3">
        <w:trPr>
          <w:jc w:val="center"/>
        </w:trPr>
        <w:tc>
          <w:tcPr>
            <w:tcW w:w="10166" w:type="dxa"/>
            <w:shd w:val="clear" w:color="auto" w:fill="FFF2CC"/>
          </w:tcPr>
          <w:p w:rsidR="00AE19D3" w:rsidRDefault="00000000">
            <w:pPr>
              <w:spacing w:after="40"/>
            </w:pPr>
            <w:r>
              <w:rPr>
                <w:b/>
                <w:color w:val="17365D"/>
                <w:sz w:val="20"/>
              </w:rPr>
              <w:t>DAY 4 KEY MESSAGE</w:t>
            </w:r>
          </w:p>
          <w:p w:rsidR="00AE19D3" w:rsidRDefault="00000000">
            <w:pPr>
              <w:spacing w:after="40"/>
            </w:pPr>
            <w:r>
              <w:t>CHOKING IS AN EMERGENCY. GET TRAINED HELP—DO NOT EXPERIMENT.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r>
        <w:br w:type="page"/>
      </w:r>
    </w:p>
    <w:p w:rsidR="00AE19D3" w:rsidRDefault="00000000">
      <w:pPr>
        <w:pStyle w:val="Heading1"/>
        <w:spacing w:before="200" w:after="80"/>
      </w:pPr>
      <w:r>
        <w:lastRenderedPageBreak/>
        <w:t>DAY 5 | REVIEW, ASSESSMENT &amp; CERTIFICATE</w:t>
      </w:r>
    </w:p>
    <w:p w:rsidR="00AE19D3" w:rsidRDefault="00000000">
      <w:pPr>
        <w:spacing w:after="80"/>
      </w:pPr>
      <w:r>
        <w:rPr>
          <w:b/>
        </w:rPr>
        <w:t xml:space="preserve">DURATION: </w:t>
      </w:r>
      <w:r>
        <w:t xml:space="preserve">60 MINUTES   |   </w:t>
      </w:r>
      <w:r>
        <w:rPr>
          <w:b/>
        </w:rPr>
        <w:t xml:space="preserve">OBJECTIVE: </w:t>
      </w:r>
      <w:r>
        <w:t>Students demonstrate understanding of the week's safety sequence and reflect on how they can help others safely.</w:t>
      </w:r>
    </w:p>
    <w:p w:rsidR="00AE19D3" w:rsidRDefault="00000000">
      <w:pPr>
        <w:pStyle w:val="Heading2"/>
        <w:spacing w:before="120" w:after="80"/>
      </w:pPr>
      <w:r>
        <w:t>60-MINUTE PLAN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6"/>
        <w:gridCol w:w="2232"/>
        <w:gridCol w:w="4104"/>
        <w:gridCol w:w="2952"/>
      </w:tblGrid>
      <w:tr w:rsidR="00AE19D3">
        <w:trPr>
          <w:tblHeader/>
          <w:jc w:val="center"/>
        </w:trPr>
        <w:tc>
          <w:tcPr>
            <w:tcW w:w="936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223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ACTIVITY</w:t>
            </w:r>
          </w:p>
        </w:tc>
        <w:tc>
          <w:tcPr>
            <w:tcW w:w="4104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TEACHER ACTION</w:t>
            </w:r>
          </w:p>
        </w:tc>
        <w:tc>
          <w:tcPr>
            <w:tcW w:w="295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STUDENT ACTION</w:t>
            </w:r>
          </w:p>
        </w:tc>
      </w:tr>
      <w:tr w:rsidR="00AE19D3">
        <w:trPr>
          <w:jc w:val="center"/>
        </w:trPr>
        <w:tc>
          <w:tcPr>
            <w:tcW w:w="936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10 min</w:t>
            </w:r>
          </w:p>
        </w:tc>
        <w:tc>
          <w:tcPr>
            <w:tcW w:w="22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Emergency Response Quiz</w:t>
            </w:r>
          </w:p>
        </w:tc>
        <w:tc>
          <w:tcPr>
            <w:tcW w:w="4104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Use oral, picture-based or written questions appropriate to age.</w:t>
            </w:r>
          </w:p>
        </w:tc>
        <w:tc>
          <w:tcPr>
            <w:tcW w:w="295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Answer questions individually or in teams.</w:t>
            </w:r>
          </w:p>
        </w:tc>
      </w:tr>
      <w:tr w:rsidR="00AE19D3">
        <w:trPr>
          <w:jc w:val="center"/>
        </w:trPr>
        <w:tc>
          <w:tcPr>
            <w:tcW w:w="936" w:type="dxa"/>
            <w:vAlign w:val="center"/>
          </w:tcPr>
          <w:p w:rsidR="00AE19D3" w:rsidRDefault="00000000">
            <w:r>
              <w:rPr>
                <w:sz w:val="16"/>
              </w:rPr>
              <w:t>20 min</w:t>
            </w:r>
          </w:p>
        </w:tc>
        <w:tc>
          <w:tcPr>
            <w:tcW w:w="2232" w:type="dxa"/>
            <w:vAlign w:val="center"/>
          </w:tcPr>
          <w:p w:rsidR="00AE19D3" w:rsidRDefault="00000000">
            <w:r>
              <w:rPr>
                <w:sz w:val="16"/>
              </w:rPr>
              <w:t>Mastery Stations</w:t>
            </w:r>
          </w:p>
        </w:tc>
        <w:tc>
          <w:tcPr>
            <w:tcW w:w="4104" w:type="dxa"/>
            <w:vAlign w:val="center"/>
          </w:tcPr>
          <w:p w:rsidR="00AE19D3" w:rsidRDefault="00000000">
            <w:r>
              <w:rPr>
                <w:sz w:val="16"/>
              </w:rPr>
              <w:t>Run 4 stations: emergency recognition; first aid; CPR awareness; choking/AED awareness.</w:t>
            </w:r>
          </w:p>
        </w:tc>
        <w:tc>
          <w:tcPr>
            <w:tcW w:w="2952" w:type="dxa"/>
            <w:vAlign w:val="center"/>
          </w:tcPr>
          <w:p w:rsidR="00AE19D3" w:rsidRDefault="00000000">
            <w:r>
              <w:rPr>
                <w:sz w:val="16"/>
              </w:rPr>
              <w:t>Complete each station.</w:t>
            </w:r>
          </w:p>
        </w:tc>
      </w:tr>
      <w:tr w:rsidR="00AE19D3">
        <w:trPr>
          <w:jc w:val="center"/>
        </w:trPr>
        <w:tc>
          <w:tcPr>
            <w:tcW w:w="936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10 min</w:t>
            </w:r>
          </w:p>
        </w:tc>
        <w:tc>
          <w:tcPr>
            <w:tcW w:w="22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Scenario Challenge</w:t>
            </w:r>
          </w:p>
        </w:tc>
        <w:tc>
          <w:tcPr>
            <w:tcW w:w="4104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Present 3–5 short scenarios and ask students to explain the safest response.</w:t>
            </w:r>
          </w:p>
        </w:tc>
        <w:tc>
          <w:tcPr>
            <w:tcW w:w="295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Explain the response in words, pictures or sequence cards.</w:t>
            </w:r>
          </w:p>
        </w:tc>
      </w:tr>
      <w:tr w:rsidR="00AE19D3">
        <w:trPr>
          <w:jc w:val="center"/>
        </w:trPr>
        <w:tc>
          <w:tcPr>
            <w:tcW w:w="936" w:type="dxa"/>
            <w:vAlign w:val="center"/>
          </w:tcPr>
          <w:p w:rsidR="00AE19D3" w:rsidRDefault="00000000">
            <w:r>
              <w:rPr>
                <w:sz w:val="16"/>
              </w:rPr>
              <w:t>10 min</w:t>
            </w:r>
          </w:p>
        </w:tc>
        <w:tc>
          <w:tcPr>
            <w:tcW w:w="2232" w:type="dxa"/>
            <w:vAlign w:val="center"/>
          </w:tcPr>
          <w:p w:rsidR="00AE19D3" w:rsidRDefault="00000000">
            <w:r>
              <w:rPr>
                <w:sz w:val="16"/>
              </w:rPr>
              <w:t>Reflection</w:t>
            </w:r>
          </w:p>
        </w:tc>
        <w:tc>
          <w:tcPr>
            <w:tcW w:w="4104" w:type="dxa"/>
            <w:vAlign w:val="center"/>
          </w:tcPr>
          <w:p w:rsidR="00AE19D3" w:rsidRDefault="00000000">
            <w:r>
              <w:rPr>
                <w:sz w:val="16"/>
              </w:rPr>
              <w:t>Ask: “What is one thing you can do to help someone safely?”</w:t>
            </w:r>
          </w:p>
        </w:tc>
        <w:tc>
          <w:tcPr>
            <w:tcW w:w="2952" w:type="dxa"/>
            <w:vAlign w:val="center"/>
          </w:tcPr>
          <w:p w:rsidR="00AE19D3" w:rsidRDefault="00000000">
            <w:r>
              <w:rPr>
                <w:sz w:val="16"/>
              </w:rPr>
              <w:t>Share or draw a response.</w:t>
            </w:r>
          </w:p>
        </w:tc>
      </w:tr>
      <w:tr w:rsidR="00AE19D3">
        <w:trPr>
          <w:jc w:val="center"/>
        </w:trPr>
        <w:tc>
          <w:tcPr>
            <w:tcW w:w="936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5 min</w:t>
            </w:r>
          </w:p>
        </w:tc>
        <w:tc>
          <w:tcPr>
            <w:tcW w:w="22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Certificate Ceremony</w:t>
            </w:r>
          </w:p>
        </w:tc>
        <w:tc>
          <w:tcPr>
            <w:tcW w:w="4104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Recognize participation and completion.</w:t>
            </w:r>
          </w:p>
        </w:tc>
        <w:tc>
          <w:tcPr>
            <w:tcW w:w="295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Receive certificate.</w:t>
            </w:r>
          </w:p>
        </w:tc>
      </w:tr>
      <w:tr w:rsidR="00AE19D3">
        <w:trPr>
          <w:jc w:val="center"/>
        </w:trPr>
        <w:tc>
          <w:tcPr>
            <w:tcW w:w="936" w:type="dxa"/>
            <w:vAlign w:val="center"/>
          </w:tcPr>
          <w:p w:rsidR="00AE19D3" w:rsidRDefault="00000000">
            <w:r>
              <w:rPr>
                <w:sz w:val="16"/>
              </w:rPr>
              <w:t>5 min</w:t>
            </w:r>
          </w:p>
        </w:tc>
        <w:tc>
          <w:tcPr>
            <w:tcW w:w="2232" w:type="dxa"/>
            <w:vAlign w:val="center"/>
          </w:tcPr>
          <w:p w:rsidR="00AE19D3" w:rsidRDefault="00000000">
            <w:r>
              <w:rPr>
                <w:sz w:val="16"/>
              </w:rPr>
              <w:t>Safety Pledge</w:t>
            </w:r>
          </w:p>
        </w:tc>
        <w:tc>
          <w:tcPr>
            <w:tcW w:w="4104" w:type="dxa"/>
            <w:vAlign w:val="center"/>
          </w:tcPr>
          <w:p w:rsidR="00AE19D3" w:rsidRDefault="00000000">
            <w:r>
              <w:rPr>
                <w:sz w:val="16"/>
              </w:rPr>
              <w:t>Lead a short pledge centered on safety, getting help and responsible use of skills.</w:t>
            </w:r>
          </w:p>
        </w:tc>
        <w:tc>
          <w:tcPr>
            <w:tcW w:w="2952" w:type="dxa"/>
            <w:vAlign w:val="center"/>
          </w:tcPr>
          <w:p w:rsidR="00AE19D3" w:rsidRDefault="00000000">
            <w:r>
              <w:rPr>
                <w:sz w:val="16"/>
              </w:rPr>
              <w:t>Repeat pledge.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2"/>
        <w:spacing w:before="120" w:after="80"/>
      </w:pPr>
      <w:r>
        <w:t>FINAL SCENARIO CHALLENGE</w:t>
      </w:r>
    </w:p>
    <w:p w:rsidR="00AE19D3" w:rsidRDefault="00000000">
      <w:pPr>
        <w:pStyle w:val="ListBullet"/>
        <w:spacing w:after="40"/>
        <w:ind w:left="288"/>
      </w:pPr>
      <w:r>
        <w:t>A person falls and does not respond. What do you do first?</w:t>
      </w:r>
    </w:p>
    <w:p w:rsidR="00AE19D3" w:rsidRDefault="00000000">
      <w:pPr>
        <w:pStyle w:val="ListBullet"/>
        <w:spacing w:after="40"/>
        <w:ind w:left="288"/>
      </w:pPr>
      <w:r>
        <w:t>A classmate has a small pretend scrape. What safe first-aid action can you describe?</w:t>
      </w:r>
    </w:p>
    <w:p w:rsidR="00AE19D3" w:rsidRDefault="00000000">
      <w:pPr>
        <w:pStyle w:val="ListBullet"/>
        <w:spacing w:after="40"/>
        <w:ind w:left="288"/>
      </w:pPr>
      <w:r>
        <w:t>You see someone who may be choking. What is your job?</w:t>
      </w:r>
    </w:p>
    <w:p w:rsidR="00AE19D3" w:rsidRDefault="00000000">
      <w:pPr>
        <w:pStyle w:val="ListBullet"/>
        <w:spacing w:after="40"/>
        <w:ind w:left="288"/>
      </w:pPr>
      <w:r>
        <w:t>You see an AED sign. What is it and who should use it?</w:t>
      </w:r>
    </w:p>
    <w:p w:rsidR="00AE19D3" w:rsidRDefault="00000000">
      <w:pPr>
        <w:pStyle w:val="ListBullet"/>
        <w:spacing w:after="40"/>
        <w:ind w:left="288"/>
      </w:pPr>
      <w:r>
        <w:t>Why is it important to get a trusted adult or emergency responder?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AE19D3">
        <w:trPr>
          <w:jc w:val="center"/>
        </w:trPr>
        <w:tc>
          <w:tcPr>
            <w:tcW w:w="10166" w:type="dxa"/>
            <w:shd w:val="clear" w:color="auto" w:fill="E2F0D9"/>
          </w:tcPr>
          <w:p w:rsidR="00AE19D3" w:rsidRDefault="00000000">
            <w:pPr>
              <w:spacing w:after="40"/>
            </w:pPr>
            <w:r>
              <w:rPr>
                <w:b/>
                <w:color w:val="17365D"/>
                <w:sz w:val="20"/>
              </w:rPr>
              <w:t>DAY 5 KEY MESSAGE</w:t>
            </w:r>
          </w:p>
          <w:p w:rsidR="00AE19D3" w:rsidRDefault="00000000">
            <w:pPr>
              <w:spacing w:after="40"/>
            </w:pPr>
            <w:r>
              <w:t>BE A SAFETY HERO: NOTICE • GET SAFE • GET HELP • CARE SAFELY.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1"/>
        <w:spacing w:before="200" w:after="80"/>
      </w:pPr>
      <w:r>
        <w:t>3. STUDENT ACTIVITIES &amp; GAMES</w:t>
      </w:r>
    </w:p>
    <w:p w:rsidR="00AE19D3" w:rsidRDefault="00000000">
      <w:pPr>
        <w:pStyle w:val="Heading2"/>
        <w:spacing w:before="120" w:after="80"/>
      </w:pPr>
      <w:r>
        <w:t>ACTIVITY 1 | SAFETY SUPERHEROES</w:t>
      </w:r>
    </w:p>
    <w:p w:rsidR="00AE19D3" w:rsidRDefault="00000000">
      <w:pPr>
        <w:spacing w:after="80" w:line="252" w:lineRule="auto"/>
      </w:pPr>
      <w:r>
        <w:t>Students create a superhero identity whose special power is safe decision-making. The superhero’s three rules are: notice the problem, get help, and stay safe. This builds directly from the supplied 1st-grade “Safety Superheroes” concept. fileciteturn4file1L53-L80</w:t>
      </w:r>
    </w:p>
    <w:p w:rsidR="00AE19D3" w:rsidRDefault="00000000">
      <w:pPr>
        <w:pStyle w:val="Heading2"/>
        <w:spacing w:before="120" w:after="80"/>
      </w:pPr>
      <w:r>
        <w:t>ACTIVITY 2 | SAFETY SCAVENGER HUNT</w:t>
      </w:r>
    </w:p>
    <w:p w:rsidR="00AE19D3" w:rsidRDefault="00000000">
      <w:pPr>
        <w:spacing w:after="80" w:line="252" w:lineRule="auto"/>
      </w:pPr>
      <w:r>
        <w:t>Students use a checklist to identify emergency exits, first-aid resources and other school safety features. They do not touch emergency equipment unless the teacher permits it. The 2nd-grade source uses this as the opening activity for safety awareness. fileciteturn4file2L98-L104</w:t>
      </w:r>
    </w:p>
    <w:p w:rsidR="00AE19D3" w:rsidRDefault="00000000">
      <w:pPr>
        <w:pStyle w:val="Heading2"/>
        <w:spacing w:before="120" w:after="80"/>
      </w:pPr>
      <w:r>
        <w:t>ACTIVITY 3 | FIRST AID CHARADES</w:t>
      </w:r>
    </w:p>
    <w:p w:rsidR="00AE19D3" w:rsidRDefault="00000000">
      <w:pPr>
        <w:spacing w:after="80" w:line="252" w:lineRule="auto"/>
      </w:pPr>
      <w:r>
        <w:t>Students act out simple, non-graphic actions such as getting an adult, comforting someone, applying a pretend bandage, or pointing to a first-aid kit. Classmates identify the action.</w:t>
      </w:r>
    </w:p>
    <w:p w:rsidR="00AE19D3" w:rsidRDefault="00000000">
      <w:pPr>
        <w:pStyle w:val="Heading2"/>
        <w:spacing w:before="120" w:after="80"/>
      </w:pPr>
      <w:r>
        <w:t>ACTIVITY 4 | CPR SEQUENCE RELAY</w:t>
      </w:r>
    </w:p>
    <w:p w:rsidR="00AE19D3" w:rsidRDefault="00000000">
      <w:pPr>
        <w:spacing w:after="80" w:line="252" w:lineRule="auto"/>
      </w:pPr>
      <w:r>
        <w:t>Teams race to arrange response cards in the correct order. Because the objective is correct decision-making, the teacher awards points for accuracy and safe behavior rather than physical speed.</w:t>
      </w:r>
    </w:p>
    <w:p w:rsidR="00AE19D3" w:rsidRDefault="00000000">
      <w:pPr>
        <w:pStyle w:val="Heading2"/>
        <w:spacing w:before="120" w:after="80"/>
      </w:pPr>
      <w:r>
        <w:t>ACTIVITY 5 | SAFETY GAME SHOW</w:t>
      </w:r>
    </w:p>
    <w:p w:rsidR="00AE19D3" w:rsidRDefault="00000000">
      <w:pPr>
        <w:spacing w:after="80" w:line="252" w:lineRule="auto"/>
      </w:pPr>
      <w:r>
        <w:t>Teams answer picture and scenario questions covering emergencies, first aid, CPR awareness, choking and AED recognition. The supplied 2nd-grade plan uses a safety game show as a closing activity. fileciteturn3file3L266-L283</w:t>
      </w:r>
    </w:p>
    <w:p w:rsidR="00AE19D3" w:rsidRDefault="00000000">
      <w:pPr>
        <w:pStyle w:val="Heading2"/>
        <w:spacing w:before="120" w:after="80"/>
      </w:pPr>
      <w:r>
        <w:lastRenderedPageBreak/>
        <w:t>ACTIVITY 6 | FIRST AID BOOKLET</w:t>
      </w:r>
    </w:p>
    <w:p w:rsidR="00AE19D3" w:rsidRDefault="00000000">
      <w:pPr>
        <w:spacing w:after="80" w:line="252" w:lineRule="auto"/>
      </w:pPr>
      <w:r>
        <w:t>Students create a four-page mini-book: GET HELP • FIRST AID • CPR • CHOKING SAFETY. Each page contains one drawing and one sentence or dictated statement.</w:t>
      </w:r>
    </w:p>
    <w:p w:rsidR="00AE19D3" w:rsidRDefault="00000000">
      <w:pPr>
        <w:pStyle w:val="Heading2"/>
        <w:spacing w:before="120" w:after="80"/>
      </w:pPr>
      <w:r>
        <w:t>ACTIVITY 7 | SAFETY SUPERHERO REFLECTION</w:t>
      </w:r>
    </w:p>
    <w:p w:rsidR="00AE19D3" w:rsidRDefault="00000000">
      <w:pPr>
        <w:spacing w:after="80" w:line="252" w:lineRule="auto"/>
      </w:pPr>
      <w:r>
        <w:t xml:space="preserve">Students complete the sentence: “If someone needs help, I can ______.” Grade K students may draw the answer; Grades 1–2 can write a sentence. The original master material uses reflection as the final activity. </w:t>
      </w:r>
    </w:p>
    <w:p w:rsidR="00AE19D3" w:rsidRDefault="00000000">
      <w:pPr>
        <w:pStyle w:val="Heading1"/>
        <w:spacing w:before="200" w:after="80"/>
      </w:pPr>
      <w:r>
        <w:t>4. STUDENT WORKSHEETS</w:t>
      </w:r>
    </w:p>
    <w:p w:rsidR="00AE19D3" w:rsidRDefault="00000000">
      <w:pPr>
        <w:pStyle w:val="Heading2"/>
        <w:spacing w:before="120" w:after="80"/>
      </w:pPr>
      <w:r>
        <w:t>WORKSHEET A | NOTICE • GET HELP</w:t>
      </w:r>
    </w:p>
    <w:p w:rsidR="00AE19D3" w:rsidRDefault="00000000">
      <w:pPr>
        <w:spacing w:after="80" w:line="252" w:lineRule="auto"/>
      </w:pPr>
      <w:r>
        <w:t>Name: ______________________________   Date: __________________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3168"/>
        <w:gridCol w:w="2880"/>
      </w:tblGrid>
      <w:tr w:rsidR="00AE19D3">
        <w:trPr>
          <w:tblHeader/>
          <w:jc w:val="center"/>
        </w:trPr>
        <w:tc>
          <w:tcPr>
            <w:tcW w:w="3600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SCENARIO</w:t>
            </w:r>
          </w:p>
        </w:tc>
        <w:tc>
          <w:tcPr>
            <w:tcW w:w="3168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WHAT DO I NOTICE?</w:t>
            </w:r>
          </w:p>
        </w:tc>
        <w:tc>
          <w:tcPr>
            <w:tcW w:w="2880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WHO CAN HELP?</w:t>
            </w:r>
          </w:p>
        </w:tc>
      </w:tr>
      <w:tr w:rsidR="00AE19D3">
        <w:trPr>
          <w:jc w:val="center"/>
        </w:trPr>
        <w:tc>
          <w:tcPr>
            <w:tcW w:w="3600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Someone falls and does not respond.</w:t>
            </w:r>
          </w:p>
        </w:tc>
        <w:tc>
          <w:tcPr>
            <w:tcW w:w="316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________________________</w:t>
            </w:r>
          </w:p>
        </w:tc>
        <w:tc>
          <w:tcPr>
            <w:tcW w:w="2880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________________________</w:t>
            </w:r>
          </w:p>
        </w:tc>
      </w:tr>
      <w:tr w:rsidR="00AE19D3">
        <w:trPr>
          <w:jc w:val="center"/>
        </w:trPr>
        <w:tc>
          <w:tcPr>
            <w:tcW w:w="3600" w:type="dxa"/>
            <w:vAlign w:val="center"/>
          </w:tcPr>
          <w:p w:rsidR="00AE19D3" w:rsidRDefault="00000000">
            <w:r>
              <w:rPr>
                <w:sz w:val="17"/>
              </w:rPr>
              <w:t>A small scrape occurs.</w:t>
            </w:r>
          </w:p>
        </w:tc>
        <w:tc>
          <w:tcPr>
            <w:tcW w:w="3168" w:type="dxa"/>
            <w:vAlign w:val="center"/>
          </w:tcPr>
          <w:p w:rsidR="00AE19D3" w:rsidRDefault="00000000">
            <w:r>
              <w:rPr>
                <w:sz w:val="17"/>
              </w:rPr>
              <w:t>________________________</w:t>
            </w:r>
          </w:p>
        </w:tc>
        <w:tc>
          <w:tcPr>
            <w:tcW w:w="2880" w:type="dxa"/>
            <w:vAlign w:val="center"/>
          </w:tcPr>
          <w:p w:rsidR="00AE19D3" w:rsidRDefault="00000000">
            <w:r>
              <w:rPr>
                <w:sz w:val="17"/>
              </w:rPr>
              <w:t>________________________</w:t>
            </w:r>
          </w:p>
        </w:tc>
      </w:tr>
      <w:tr w:rsidR="00AE19D3">
        <w:trPr>
          <w:jc w:val="center"/>
        </w:trPr>
        <w:tc>
          <w:tcPr>
            <w:tcW w:w="3600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Someone may be choking.</w:t>
            </w:r>
          </w:p>
        </w:tc>
        <w:tc>
          <w:tcPr>
            <w:tcW w:w="316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________________________</w:t>
            </w:r>
          </w:p>
        </w:tc>
        <w:tc>
          <w:tcPr>
            <w:tcW w:w="2880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________________________</w:t>
            </w:r>
          </w:p>
        </w:tc>
      </w:tr>
      <w:tr w:rsidR="00AE19D3">
        <w:trPr>
          <w:jc w:val="center"/>
        </w:trPr>
        <w:tc>
          <w:tcPr>
            <w:tcW w:w="3600" w:type="dxa"/>
            <w:vAlign w:val="center"/>
          </w:tcPr>
          <w:p w:rsidR="00AE19D3" w:rsidRDefault="00000000">
            <w:r>
              <w:rPr>
                <w:sz w:val="17"/>
              </w:rPr>
              <w:t>A person needs emergency help.</w:t>
            </w:r>
          </w:p>
        </w:tc>
        <w:tc>
          <w:tcPr>
            <w:tcW w:w="3168" w:type="dxa"/>
            <w:vAlign w:val="center"/>
          </w:tcPr>
          <w:p w:rsidR="00AE19D3" w:rsidRDefault="00000000">
            <w:r>
              <w:rPr>
                <w:sz w:val="17"/>
              </w:rPr>
              <w:t>________________________</w:t>
            </w:r>
          </w:p>
        </w:tc>
        <w:tc>
          <w:tcPr>
            <w:tcW w:w="2880" w:type="dxa"/>
            <w:vAlign w:val="center"/>
          </w:tcPr>
          <w:p w:rsidR="00AE19D3" w:rsidRDefault="00000000">
            <w:r>
              <w:rPr>
                <w:sz w:val="17"/>
              </w:rPr>
              <w:t>________________________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2"/>
        <w:spacing w:before="120" w:after="80"/>
      </w:pPr>
      <w:r>
        <w:t>WORKSHEET B | PUT THE SAFETY STEPS IN ORDER</w:t>
      </w:r>
    </w:p>
    <w:p w:rsidR="00AE19D3" w:rsidRDefault="00000000">
      <w:pPr>
        <w:spacing w:after="80" w:line="252" w:lineRule="auto"/>
      </w:pPr>
      <w:r>
        <w:t>Number these steps 1–5.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76"/>
        <w:gridCol w:w="1872"/>
      </w:tblGrid>
      <w:tr w:rsidR="00AE19D3">
        <w:trPr>
          <w:tblHeader/>
          <w:jc w:val="center"/>
        </w:trPr>
        <w:tc>
          <w:tcPr>
            <w:tcW w:w="7776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STEP</w:t>
            </w:r>
          </w:p>
        </w:tc>
        <w:tc>
          <w:tcPr>
            <w:tcW w:w="187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ORDER</w:t>
            </w:r>
          </w:p>
        </w:tc>
      </w:tr>
      <w:tr w:rsidR="00AE19D3">
        <w:trPr>
          <w:jc w:val="center"/>
        </w:trPr>
        <w:tc>
          <w:tcPr>
            <w:tcW w:w="7776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Get safe.</w:t>
            </w:r>
          </w:p>
        </w:tc>
        <w:tc>
          <w:tcPr>
            <w:tcW w:w="187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____</w:t>
            </w:r>
          </w:p>
        </w:tc>
      </w:tr>
      <w:tr w:rsidR="00AE19D3">
        <w:trPr>
          <w:jc w:val="center"/>
        </w:trPr>
        <w:tc>
          <w:tcPr>
            <w:tcW w:w="7776" w:type="dxa"/>
            <w:vAlign w:val="center"/>
          </w:tcPr>
          <w:p w:rsidR="00AE19D3" w:rsidRDefault="00000000">
            <w:r>
              <w:rPr>
                <w:sz w:val="17"/>
              </w:rPr>
              <w:t>Notice that something is wrong.</w:t>
            </w:r>
          </w:p>
        </w:tc>
        <w:tc>
          <w:tcPr>
            <w:tcW w:w="1872" w:type="dxa"/>
            <w:vAlign w:val="center"/>
          </w:tcPr>
          <w:p w:rsidR="00AE19D3" w:rsidRDefault="00000000">
            <w:r>
              <w:rPr>
                <w:sz w:val="17"/>
              </w:rPr>
              <w:t>____</w:t>
            </w:r>
          </w:p>
        </w:tc>
      </w:tr>
      <w:tr w:rsidR="00AE19D3">
        <w:trPr>
          <w:jc w:val="center"/>
        </w:trPr>
        <w:tc>
          <w:tcPr>
            <w:tcW w:w="7776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Get a trusted adult.</w:t>
            </w:r>
          </w:p>
        </w:tc>
        <w:tc>
          <w:tcPr>
            <w:tcW w:w="187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____</w:t>
            </w:r>
          </w:p>
        </w:tc>
      </w:tr>
      <w:tr w:rsidR="00AE19D3">
        <w:trPr>
          <w:jc w:val="center"/>
        </w:trPr>
        <w:tc>
          <w:tcPr>
            <w:tcW w:w="7776" w:type="dxa"/>
            <w:vAlign w:val="center"/>
          </w:tcPr>
          <w:p w:rsidR="00AE19D3" w:rsidRDefault="00000000">
            <w:r>
              <w:rPr>
                <w:sz w:val="17"/>
              </w:rPr>
              <w:t>Call the local emergency number when directed/needed.</w:t>
            </w:r>
          </w:p>
        </w:tc>
        <w:tc>
          <w:tcPr>
            <w:tcW w:w="1872" w:type="dxa"/>
            <w:vAlign w:val="center"/>
          </w:tcPr>
          <w:p w:rsidR="00AE19D3" w:rsidRDefault="00000000">
            <w:r>
              <w:rPr>
                <w:sz w:val="17"/>
              </w:rPr>
              <w:t>____</w:t>
            </w:r>
          </w:p>
        </w:tc>
      </w:tr>
      <w:tr w:rsidR="00AE19D3">
        <w:trPr>
          <w:jc w:val="center"/>
        </w:trPr>
        <w:tc>
          <w:tcPr>
            <w:tcW w:w="7776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Care safely and follow instructions.</w:t>
            </w:r>
          </w:p>
        </w:tc>
        <w:tc>
          <w:tcPr>
            <w:tcW w:w="187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____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2"/>
        <w:spacing w:before="120" w:after="80"/>
      </w:pPr>
      <w:r>
        <w:t>WORKSHEET C | CPR &amp; AED PICTURE VOCABULARY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72"/>
        <w:gridCol w:w="2880"/>
        <w:gridCol w:w="4896"/>
      </w:tblGrid>
      <w:tr w:rsidR="00AE19D3">
        <w:trPr>
          <w:tblHeader/>
          <w:jc w:val="center"/>
        </w:trPr>
        <w:tc>
          <w:tcPr>
            <w:tcW w:w="187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WORD</w:t>
            </w:r>
          </w:p>
        </w:tc>
        <w:tc>
          <w:tcPr>
            <w:tcW w:w="2880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MY DRAWING / SYMBOL</w:t>
            </w:r>
          </w:p>
        </w:tc>
        <w:tc>
          <w:tcPr>
            <w:tcW w:w="4896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MY EXPLANATION</w:t>
            </w:r>
          </w:p>
        </w:tc>
      </w:tr>
      <w:tr w:rsidR="00AE19D3">
        <w:trPr>
          <w:jc w:val="center"/>
        </w:trPr>
        <w:tc>
          <w:tcPr>
            <w:tcW w:w="187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CPR</w:t>
            </w:r>
          </w:p>
        </w:tc>
        <w:tc>
          <w:tcPr>
            <w:tcW w:w="2880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________________</w:t>
            </w:r>
          </w:p>
        </w:tc>
        <w:tc>
          <w:tcPr>
            <w:tcW w:w="4896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________________________________</w:t>
            </w:r>
          </w:p>
        </w:tc>
      </w:tr>
      <w:tr w:rsidR="00AE19D3">
        <w:trPr>
          <w:jc w:val="center"/>
        </w:trPr>
        <w:tc>
          <w:tcPr>
            <w:tcW w:w="1872" w:type="dxa"/>
            <w:vAlign w:val="center"/>
          </w:tcPr>
          <w:p w:rsidR="00AE19D3" w:rsidRDefault="00000000">
            <w:r>
              <w:rPr>
                <w:sz w:val="17"/>
              </w:rPr>
              <w:t>AED</w:t>
            </w:r>
          </w:p>
        </w:tc>
        <w:tc>
          <w:tcPr>
            <w:tcW w:w="2880" w:type="dxa"/>
            <w:vAlign w:val="center"/>
          </w:tcPr>
          <w:p w:rsidR="00AE19D3" w:rsidRDefault="00000000">
            <w:r>
              <w:rPr>
                <w:sz w:val="17"/>
              </w:rPr>
              <w:t>________________</w:t>
            </w:r>
          </w:p>
        </w:tc>
        <w:tc>
          <w:tcPr>
            <w:tcW w:w="4896" w:type="dxa"/>
            <w:vAlign w:val="center"/>
          </w:tcPr>
          <w:p w:rsidR="00AE19D3" w:rsidRDefault="00000000">
            <w:r>
              <w:rPr>
                <w:sz w:val="17"/>
              </w:rPr>
              <w:t>________________________________</w:t>
            </w:r>
          </w:p>
        </w:tc>
      </w:tr>
      <w:tr w:rsidR="00AE19D3">
        <w:trPr>
          <w:jc w:val="center"/>
        </w:trPr>
        <w:tc>
          <w:tcPr>
            <w:tcW w:w="1872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Emergency</w:t>
            </w:r>
          </w:p>
        </w:tc>
        <w:tc>
          <w:tcPr>
            <w:tcW w:w="2880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________________</w:t>
            </w:r>
          </w:p>
        </w:tc>
        <w:tc>
          <w:tcPr>
            <w:tcW w:w="4896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________________________________</w:t>
            </w:r>
          </w:p>
        </w:tc>
      </w:tr>
      <w:tr w:rsidR="00AE19D3">
        <w:trPr>
          <w:jc w:val="center"/>
        </w:trPr>
        <w:tc>
          <w:tcPr>
            <w:tcW w:w="1872" w:type="dxa"/>
            <w:vAlign w:val="center"/>
          </w:tcPr>
          <w:p w:rsidR="00AE19D3" w:rsidRDefault="00000000">
            <w:r>
              <w:rPr>
                <w:sz w:val="17"/>
              </w:rPr>
              <w:t>First aid</w:t>
            </w:r>
          </w:p>
        </w:tc>
        <w:tc>
          <w:tcPr>
            <w:tcW w:w="2880" w:type="dxa"/>
            <w:vAlign w:val="center"/>
          </w:tcPr>
          <w:p w:rsidR="00AE19D3" w:rsidRDefault="00000000">
            <w:r>
              <w:rPr>
                <w:sz w:val="17"/>
              </w:rPr>
              <w:t>________________</w:t>
            </w:r>
          </w:p>
        </w:tc>
        <w:tc>
          <w:tcPr>
            <w:tcW w:w="4896" w:type="dxa"/>
            <w:vAlign w:val="center"/>
          </w:tcPr>
          <w:p w:rsidR="00AE19D3" w:rsidRDefault="00000000">
            <w:r>
              <w:rPr>
                <w:sz w:val="17"/>
              </w:rPr>
              <w:t>________________________________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2"/>
        <w:spacing w:before="120" w:after="80"/>
      </w:pPr>
      <w:r>
        <w:t>WORKSHEET D | CHOKING SAFETY</w:t>
      </w:r>
    </w:p>
    <w:p w:rsidR="00AE19D3" w:rsidRDefault="00000000">
      <w:pPr>
        <w:spacing w:after="80" w:line="252" w:lineRule="auto"/>
      </w:pPr>
      <w:r>
        <w:t>Circle or check the safest answer.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88"/>
        <w:gridCol w:w="5760"/>
      </w:tblGrid>
      <w:tr w:rsidR="00AE19D3">
        <w:trPr>
          <w:tblHeader/>
          <w:jc w:val="center"/>
        </w:trPr>
        <w:tc>
          <w:tcPr>
            <w:tcW w:w="3888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SITUATION</w:t>
            </w:r>
          </w:p>
        </w:tc>
        <w:tc>
          <w:tcPr>
            <w:tcW w:w="5760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7"/>
              </w:rPr>
              <w:t>SAFE RESPONSE</w:t>
            </w:r>
          </w:p>
        </w:tc>
      </w:tr>
      <w:tr w:rsidR="00AE19D3">
        <w:trPr>
          <w:jc w:val="center"/>
        </w:trPr>
        <w:tc>
          <w:tcPr>
            <w:tcW w:w="388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A person can cough.</w:t>
            </w:r>
          </w:p>
        </w:tc>
        <w:tc>
          <w:tcPr>
            <w:tcW w:w="5760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☐ Encourage coughing and get help.  ☐ Put fingers in the mouth.</w:t>
            </w:r>
          </w:p>
        </w:tc>
      </w:tr>
      <w:tr w:rsidR="00AE19D3">
        <w:trPr>
          <w:jc w:val="center"/>
        </w:trPr>
        <w:tc>
          <w:tcPr>
            <w:tcW w:w="3888" w:type="dxa"/>
            <w:vAlign w:val="center"/>
          </w:tcPr>
          <w:p w:rsidR="00AE19D3" w:rsidRDefault="00000000">
            <w:r>
              <w:rPr>
                <w:sz w:val="17"/>
              </w:rPr>
              <w:t>A person needs urgent help.</w:t>
            </w:r>
          </w:p>
        </w:tc>
        <w:tc>
          <w:tcPr>
            <w:tcW w:w="5760" w:type="dxa"/>
            <w:vAlign w:val="center"/>
          </w:tcPr>
          <w:p w:rsidR="00AE19D3" w:rsidRDefault="00000000">
            <w:r>
              <w:rPr>
                <w:sz w:val="17"/>
              </w:rPr>
              <w:t>☐ Get a trusted adult/emergency help.  ☐ Ignore it.</w:t>
            </w:r>
          </w:p>
        </w:tc>
      </w:tr>
      <w:tr w:rsidR="00AE19D3">
        <w:trPr>
          <w:jc w:val="center"/>
        </w:trPr>
        <w:tc>
          <w:tcPr>
            <w:tcW w:w="3888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A student wants to practice choking rescue.</w:t>
            </w:r>
          </w:p>
        </w:tc>
        <w:tc>
          <w:tcPr>
            <w:tcW w:w="5760" w:type="dxa"/>
            <w:shd w:val="clear" w:color="auto" w:fill="F3F7FA"/>
            <w:vAlign w:val="center"/>
          </w:tcPr>
          <w:p w:rsidR="00AE19D3" w:rsidRDefault="00000000">
            <w:r>
              <w:rPr>
                <w:sz w:val="17"/>
              </w:rPr>
              <w:t>☐ Use a training device with qualified instruction.  ☐ Practice on a classmate.</w:t>
            </w:r>
          </w:p>
        </w:tc>
      </w:tr>
      <w:tr w:rsidR="00AE19D3">
        <w:trPr>
          <w:jc w:val="center"/>
        </w:trPr>
        <w:tc>
          <w:tcPr>
            <w:tcW w:w="3888" w:type="dxa"/>
            <w:vAlign w:val="center"/>
          </w:tcPr>
          <w:p w:rsidR="00AE19D3" w:rsidRDefault="00000000">
            <w:r>
              <w:rPr>
                <w:sz w:val="17"/>
              </w:rPr>
              <w:t>You are unsure what to do.</w:t>
            </w:r>
          </w:p>
        </w:tc>
        <w:tc>
          <w:tcPr>
            <w:tcW w:w="5760" w:type="dxa"/>
            <w:vAlign w:val="center"/>
          </w:tcPr>
          <w:p w:rsidR="00AE19D3" w:rsidRDefault="00000000">
            <w:r>
              <w:rPr>
                <w:sz w:val="17"/>
              </w:rPr>
              <w:t>☐ Get a trusted adult.  ☐ Guess and experiment.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2"/>
        <w:spacing w:before="120" w:after="80"/>
      </w:pPr>
      <w:r>
        <w:t>WORKSHEET E | MY SAFETY HERO PLAN</w:t>
      </w:r>
    </w:p>
    <w:p w:rsidR="00AE19D3" w:rsidRDefault="00000000">
      <w:pPr>
        <w:spacing w:after="80" w:line="252" w:lineRule="auto"/>
      </w:pPr>
      <w:r>
        <w:t>1. A trusted adult I can ask for help: __________________________________________</w:t>
      </w:r>
    </w:p>
    <w:p w:rsidR="00AE19D3" w:rsidRDefault="00000000">
      <w:pPr>
        <w:spacing w:after="80" w:line="252" w:lineRule="auto"/>
      </w:pPr>
      <w:r>
        <w:t>2. A safe place at school where I can get help: __________________________________</w:t>
      </w:r>
    </w:p>
    <w:p w:rsidR="00AE19D3" w:rsidRDefault="00000000">
      <w:pPr>
        <w:spacing w:after="80" w:line="252" w:lineRule="auto"/>
      </w:pPr>
      <w:r>
        <w:t>3. One emergency I know how to recognize: _____________________________________</w:t>
      </w:r>
    </w:p>
    <w:p w:rsidR="00AE19D3" w:rsidRDefault="00000000">
      <w:pPr>
        <w:spacing w:after="80" w:line="252" w:lineRule="auto"/>
      </w:pPr>
      <w:r>
        <w:t>4. One thing I will never do in an emergency: _________________________________</w:t>
      </w:r>
    </w:p>
    <w:p w:rsidR="00AE19D3" w:rsidRDefault="00000000">
      <w:pPr>
        <w:spacing w:after="80" w:line="252" w:lineRule="auto"/>
      </w:pPr>
      <w:r>
        <w:t>5. One way I can help someone safely: _________________________________________</w:t>
      </w:r>
    </w:p>
    <w:p w:rsidR="00AE19D3" w:rsidRDefault="00000000">
      <w:r>
        <w:br w:type="page"/>
      </w:r>
    </w:p>
    <w:p w:rsidR="00AE19D3" w:rsidRDefault="00000000">
      <w:pPr>
        <w:pStyle w:val="Heading1"/>
        <w:spacing w:before="200" w:after="80"/>
      </w:pPr>
      <w:r>
        <w:lastRenderedPageBreak/>
        <w:t>5. ASSESSMENT &amp; MASTERY</w:t>
      </w:r>
    </w:p>
    <w:p w:rsidR="00AE19D3" w:rsidRDefault="00000000">
      <w:pPr>
        <w:pStyle w:val="Heading2"/>
        <w:spacing w:before="120" w:after="80"/>
      </w:pPr>
      <w:r>
        <w:t>K–2 OBSERVATION RUBRIC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6"/>
        <w:gridCol w:w="2076"/>
        <w:gridCol w:w="2074"/>
        <w:gridCol w:w="2082"/>
      </w:tblGrid>
      <w:tr w:rsidR="00AE19D3">
        <w:trPr>
          <w:tblHeader/>
          <w:jc w:val="center"/>
        </w:trPr>
        <w:tc>
          <w:tcPr>
            <w:tcW w:w="2088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5"/>
              </w:rPr>
              <w:t>CRITERION</w:t>
            </w:r>
          </w:p>
        </w:tc>
        <w:tc>
          <w:tcPr>
            <w:tcW w:w="2088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5"/>
              </w:rPr>
              <w:t>4 • SECURE</w:t>
            </w:r>
          </w:p>
        </w:tc>
        <w:tc>
          <w:tcPr>
            <w:tcW w:w="2088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5"/>
              </w:rPr>
              <w:t>3 • DEVELOPING</w:t>
            </w:r>
          </w:p>
        </w:tc>
        <w:tc>
          <w:tcPr>
            <w:tcW w:w="2088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5"/>
              </w:rPr>
              <w:t>2 • EMERGING</w:t>
            </w:r>
          </w:p>
        </w:tc>
        <w:tc>
          <w:tcPr>
            <w:tcW w:w="2088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5"/>
              </w:rPr>
              <w:t>1 • NEEDS SUPPORT</w:t>
            </w:r>
          </w:p>
        </w:tc>
      </w:tr>
      <w:tr w:rsidR="00AE19D3">
        <w:trPr>
          <w:jc w:val="center"/>
        </w:trPr>
        <w:tc>
          <w:tcPr>
            <w:tcW w:w="2088" w:type="dxa"/>
            <w:shd w:val="clear" w:color="auto" w:fill="F3F7FA"/>
            <w:vAlign w:val="center"/>
          </w:tcPr>
          <w:p w:rsidR="00AE19D3" w:rsidRDefault="00000000">
            <w:r>
              <w:rPr>
                <w:sz w:val="15"/>
              </w:rPr>
              <w:t>Emergency recognition</w:t>
            </w:r>
          </w:p>
        </w:tc>
        <w:tc>
          <w:tcPr>
            <w:tcW w:w="2088" w:type="dxa"/>
            <w:shd w:val="clear" w:color="auto" w:fill="F3F7FA"/>
            <w:vAlign w:val="center"/>
          </w:tcPr>
          <w:p w:rsidR="00AE19D3" w:rsidRDefault="00000000">
            <w:r>
              <w:rPr>
                <w:sz w:val="15"/>
              </w:rPr>
              <w:t>Accurately identifies serious scenarios.</w:t>
            </w:r>
          </w:p>
        </w:tc>
        <w:tc>
          <w:tcPr>
            <w:tcW w:w="2088" w:type="dxa"/>
            <w:shd w:val="clear" w:color="auto" w:fill="F3F7FA"/>
            <w:vAlign w:val="center"/>
          </w:tcPr>
          <w:p w:rsidR="00AE19D3" w:rsidRDefault="00000000">
            <w:r>
              <w:rPr>
                <w:sz w:val="15"/>
              </w:rPr>
              <w:t>Usually identifies with minor prompts.</w:t>
            </w:r>
          </w:p>
        </w:tc>
        <w:tc>
          <w:tcPr>
            <w:tcW w:w="2088" w:type="dxa"/>
            <w:shd w:val="clear" w:color="auto" w:fill="F3F7FA"/>
            <w:vAlign w:val="center"/>
          </w:tcPr>
          <w:p w:rsidR="00AE19D3" w:rsidRDefault="00000000">
            <w:r>
              <w:rPr>
                <w:sz w:val="15"/>
              </w:rPr>
              <w:t>Needs several prompts.</w:t>
            </w:r>
          </w:p>
        </w:tc>
        <w:tc>
          <w:tcPr>
            <w:tcW w:w="2088" w:type="dxa"/>
            <w:shd w:val="clear" w:color="auto" w:fill="F3F7FA"/>
            <w:vAlign w:val="center"/>
          </w:tcPr>
          <w:p w:rsidR="00AE19D3" w:rsidRDefault="00000000">
            <w:r>
              <w:rPr>
                <w:sz w:val="15"/>
              </w:rPr>
              <w:t>Does not yet distinguish.</w:t>
            </w:r>
          </w:p>
        </w:tc>
      </w:tr>
      <w:tr w:rsidR="00AE19D3">
        <w:trPr>
          <w:jc w:val="center"/>
        </w:trPr>
        <w:tc>
          <w:tcPr>
            <w:tcW w:w="2088" w:type="dxa"/>
            <w:vAlign w:val="center"/>
          </w:tcPr>
          <w:p w:rsidR="00AE19D3" w:rsidRDefault="00000000">
            <w:r>
              <w:rPr>
                <w:sz w:val="15"/>
              </w:rPr>
              <w:t>Help-seeking</w:t>
            </w:r>
          </w:p>
        </w:tc>
        <w:tc>
          <w:tcPr>
            <w:tcW w:w="2088" w:type="dxa"/>
            <w:vAlign w:val="center"/>
          </w:tcPr>
          <w:p w:rsidR="00AE19D3" w:rsidRDefault="00000000">
            <w:r>
              <w:rPr>
                <w:sz w:val="15"/>
              </w:rPr>
              <w:t>Independently identifies trusted help and explains what to say.</w:t>
            </w:r>
          </w:p>
        </w:tc>
        <w:tc>
          <w:tcPr>
            <w:tcW w:w="2088" w:type="dxa"/>
            <w:vAlign w:val="center"/>
          </w:tcPr>
          <w:p w:rsidR="00AE19D3" w:rsidRDefault="00000000">
            <w:r>
              <w:rPr>
                <w:sz w:val="15"/>
              </w:rPr>
              <w:t>Identifies help with limited prompting.</w:t>
            </w:r>
          </w:p>
        </w:tc>
        <w:tc>
          <w:tcPr>
            <w:tcW w:w="2088" w:type="dxa"/>
            <w:vAlign w:val="center"/>
          </w:tcPr>
          <w:p w:rsidR="00AE19D3" w:rsidRDefault="00000000">
            <w:r>
              <w:rPr>
                <w:sz w:val="15"/>
              </w:rPr>
              <w:t>Needs repeated prompting.</w:t>
            </w:r>
          </w:p>
        </w:tc>
        <w:tc>
          <w:tcPr>
            <w:tcW w:w="2088" w:type="dxa"/>
            <w:vAlign w:val="center"/>
          </w:tcPr>
          <w:p w:rsidR="00AE19D3" w:rsidRDefault="00000000">
            <w:r>
              <w:rPr>
                <w:sz w:val="15"/>
              </w:rPr>
              <w:t>Does not yet identify safe help.</w:t>
            </w:r>
          </w:p>
        </w:tc>
      </w:tr>
      <w:tr w:rsidR="00AE19D3">
        <w:trPr>
          <w:jc w:val="center"/>
        </w:trPr>
        <w:tc>
          <w:tcPr>
            <w:tcW w:w="2088" w:type="dxa"/>
            <w:shd w:val="clear" w:color="auto" w:fill="F3F7FA"/>
            <w:vAlign w:val="center"/>
          </w:tcPr>
          <w:p w:rsidR="00AE19D3" w:rsidRDefault="00000000">
            <w:r>
              <w:rPr>
                <w:sz w:val="15"/>
              </w:rPr>
              <w:t>CPR awareness</w:t>
            </w:r>
          </w:p>
        </w:tc>
        <w:tc>
          <w:tcPr>
            <w:tcW w:w="2088" w:type="dxa"/>
            <w:shd w:val="clear" w:color="auto" w:fill="F3F7FA"/>
            <w:vAlign w:val="center"/>
          </w:tcPr>
          <w:p w:rsidR="00AE19D3" w:rsidRDefault="00000000">
            <w:r>
              <w:rPr>
                <w:sz w:val="15"/>
              </w:rPr>
              <w:t>Explains purpose and emergency sequence clearly.</w:t>
            </w:r>
          </w:p>
        </w:tc>
        <w:tc>
          <w:tcPr>
            <w:tcW w:w="2088" w:type="dxa"/>
            <w:shd w:val="clear" w:color="auto" w:fill="F3F7FA"/>
            <w:vAlign w:val="center"/>
          </w:tcPr>
          <w:p w:rsidR="00AE19D3" w:rsidRDefault="00000000">
            <w:r>
              <w:rPr>
                <w:sz w:val="15"/>
              </w:rPr>
              <w:t>Explains most of it.</w:t>
            </w:r>
          </w:p>
        </w:tc>
        <w:tc>
          <w:tcPr>
            <w:tcW w:w="2088" w:type="dxa"/>
            <w:shd w:val="clear" w:color="auto" w:fill="F3F7FA"/>
            <w:vAlign w:val="center"/>
          </w:tcPr>
          <w:p w:rsidR="00AE19D3" w:rsidRDefault="00000000">
            <w:r>
              <w:rPr>
                <w:sz w:val="15"/>
              </w:rPr>
              <w:t>Recognizes CPR but cannot explain sequence.</w:t>
            </w:r>
          </w:p>
        </w:tc>
        <w:tc>
          <w:tcPr>
            <w:tcW w:w="2088" w:type="dxa"/>
            <w:shd w:val="clear" w:color="auto" w:fill="F3F7FA"/>
            <w:vAlign w:val="center"/>
          </w:tcPr>
          <w:p w:rsidR="00AE19D3" w:rsidRDefault="00000000">
            <w:r>
              <w:rPr>
                <w:sz w:val="15"/>
              </w:rPr>
              <w:t>Needs reteaching.</w:t>
            </w:r>
          </w:p>
        </w:tc>
      </w:tr>
      <w:tr w:rsidR="00AE19D3">
        <w:trPr>
          <w:jc w:val="center"/>
        </w:trPr>
        <w:tc>
          <w:tcPr>
            <w:tcW w:w="2088" w:type="dxa"/>
            <w:vAlign w:val="center"/>
          </w:tcPr>
          <w:p w:rsidR="00AE19D3" w:rsidRDefault="00000000">
            <w:r>
              <w:rPr>
                <w:sz w:val="15"/>
              </w:rPr>
              <w:t>First aid awareness</w:t>
            </w:r>
          </w:p>
        </w:tc>
        <w:tc>
          <w:tcPr>
            <w:tcW w:w="2088" w:type="dxa"/>
            <w:vAlign w:val="center"/>
          </w:tcPr>
          <w:p w:rsidR="00AE19D3" w:rsidRDefault="00000000">
            <w:r>
              <w:rPr>
                <w:sz w:val="15"/>
              </w:rPr>
              <w:t>Chooses safe simple first-aid actions.</w:t>
            </w:r>
          </w:p>
        </w:tc>
        <w:tc>
          <w:tcPr>
            <w:tcW w:w="2088" w:type="dxa"/>
            <w:vAlign w:val="center"/>
          </w:tcPr>
          <w:p w:rsidR="00AE19D3" w:rsidRDefault="00000000">
            <w:r>
              <w:rPr>
                <w:sz w:val="15"/>
              </w:rPr>
              <w:t>Usually chooses safe action.</w:t>
            </w:r>
          </w:p>
        </w:tc>
        <w:tc>
          <w:tcPr>
            <w:tcW w:w="2088" w:type="dxa"/>
            <w:vAlign w:val="center"/>
          </w:tcPr>
          <w:p w:rsidR="00AE19D3" w:rsidRDefault="00000000">
            <w:r>
              <w:rPr>
                <w:sz w:val="15"/>
              </w:rPr>
              <w:t>Needs prompts.</w:t>
            </w:r>
          </w:p>
        </w:tc>
        <w:tc>
          <w:tcPr>
            <w:tcW w:w="2088" w:type="dxa"/>
            <w:vAlign w:val="center"/>
          </w:tcPr>
          <w:p w:rsidR="00AE19D3" w:rsidRDefault="00000000">
            <w:r>
              <w:rPr>
                <w:sz w:val="15"/>
              </w:rPr>
              <w:t>Chooses unsafe/inappropriate action.</w:t>
            </w:r>
          </w:p>
        </w:tc>
      </w:tr>
      <w:tr w:rsidR="00AE19D3">
        <w:trPr>
          <w:jc w:val="center"/>
        </w:trPr>
        <w:tc>
          <w:tcPr>
            <w:tcW w:w="2088" w:type="dxa"/>
            <w:shd w:val="clear" w:color="auto" w:fill="F3F7FA"/>
            <w:vAlign w:val="center"/>
          </w:tcPr>
          <w:p w:rsidR="00AE19D3" w:rsidRDefault="00000000">
            <w:r>
              <w:rPr>
                <w:sz w:val="15"/>
              </w:rPr>
              <w:t>Choking/AED awareness</w:t>
            </w:r>
          </w:p>
        </w:tc>
        <w:tc>
          <w:tcPr>
            <w:tcW w:w="2088" w:type="dxa"/>
            <w:shd w:val="clear" w:color="auto" w:fill="F3F7FA"/>
            <w:vAlign w:val="center"/>
          </w:tcPr>
          <w:p w:rsidR="00AE19D3" w:rsidRDefault="00000000">
            <w:r>
              <w:rPr>
                <w:sz w:val="15"/>
              </w:rPr>
              <w:t>Recognizes choking and AED concepts and chooses safe response.</w:t>
            </w:r>
          </w:p>
        </w:tc>
        <w:tc>
          <w:tcPr>
            <w:tcW w:w="2088" w:type="dxa"/>
            <w:shd w:val="clear" w:color="auto" w:fill="F3F7FA"/>
            <w:vAlign w:val="center"/>
          </w:tcPr>
          <w:p w:rsidR="00AE19D3" w:rsidRDefault="00000000">
            <w:r>
              <w:rPr>
                <w:sz w:val="15"/>
              </w:rPr>
              <w:t>Understands most concepts.</w:t>
            </w:r>
          </w:p>
        </w:tc>
        <w:tc>
          <w:tcPr>
            <w:tcW w:w="2088" w:type="dxa"/>
            <w:shd w:val="clear" w:color="auto" w:fill="F3F7FA"/>
            <w:vAlign w:val="center"/>
          </w:tcPr>
          <w:p w:rsidR="00AE19D3" w:rsidRDefault="00000000">
            <w:r>
              <w:rPr>
                <w:sz w:val="15"/>
              </w:rPr>
              <w:t>Needs support.</w:t>
            </w:r>
          </w:p>
        </w:tc>
        <w:tc>
          <w:tcPr>
            <w:tcW w:w="2088" w:type="dxa"/>
            <w:shd w:val="clear" w:color="auto" w:fill="F3F7FA"/>
            <w:vAlign w:val="center"/>
          </w:tcPr>
          <w:p w:rsidR="00AE19D3" w:rsidRDefault="00000000">
            <w:r>
              <w:rPr>
                <w:sz w:val="15"/>
              </w:rPr>
              <w:t>Does not yet demonstrate understanding.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2"/>
        <w:spacing w:before="120" w:after="80"/>
      </w:pPr>
      <w:r>
        <w:t>FORMATIVE ASSESSMENT</w:t>
      </w:r>
    </w:p>
    <w:p w:rsidR="00AE19D3" w:rsidRDefault="00000000">
      <w:pPr>
        <w:pStyle w:val="ListBullet"/>
        <w:spacing w:after="40"/>
        <w:ind w:left="288"/>
      </w:pPr>
      <w:r>
        <w:t>Thumbs up/down safety decisions during scenario discussions.</w:t>
      </w:r>
    </w:p>
    <w:p w:rsidR="00AE19D3" w:rsidRDefault="00000000">
      <w:pPr>
        <w:pStyle w:val="ListBullet"/>
        <w:spacing w:after="40"/>
        <w:ind w:left="288"/>
      </w:pPr>
      <w:r>
        <w:t>Picture sorting and sequence-card activities.</w:t>
      </w:r>
    </w:p>
    <w:p w:rsidR="00AE19D3" w:rsidRDefault="00000000">
      <w:pPr>
        <w:pStyle w:val="ListBullet"/>
        <w:spacing w:after="40"/>
        <w:ind w:left="288"/>
      </w:pPr>
      <w:r>
        <w:t>Teacher observation during manikin or equipment practice.</w:t>
      </w:r>
    </w:p>
    <w:p w:rsidR="00AE19D3" w:rsidRDefault="00000000">
      <w:pPr>
        <w:pStyle w:val="ListBullet"/>
        <w:spacing w:after="40"/>
        <w:ind w:left="288"/>
      </w:pPr>
      <w:r>
        <w:t>Daily exit tickets.</w:t>
      </w:r>
    </w:p>
    <w:p w:rsidR="00AE19D3" w:rsidRDefault="00000000">
      <w:pPr>
        <w:pStyle w:val="ListBullet"/>
        <w:spacing w:after="40"/>
        <w:ind w:left="288"/>
      </w:pPr>
      <w:r>
        <w:t>Student drawings and oral explanations for non-writers.</w:t>
      </w:r>
    </w:p>
    <w:p w:rsidR="00AE19D3" w:rsidRDefault="00000000">
      <w:pPr>
        <w:pStyle w:val="Heading2"/>
        <w:spacing w:before="120" w:after="80"/>
      </w:pPr>
      <w:r>
        <w:t>FINAL MASTERY STANDARD</w:t>
      </w:r>
    </w:p>
    <w:p w:rsidR="00AE19D3" w:rsidRDefault="00000000">
      <w:pPr>
        <w:spacing w:after="80" w:line="252" w:lineRule="auto"/>
      </w:pPr>
      <w:r>
        <w:t>A student completes the unit successfully when the student can recognize a serious emergency, identify a safe adult/help pathway, explain CPR at an age-appropriate level, describe basic first-aid help, and state a safe response to choking. Physical skill proficiency should only be claimed when assessed through an appropriate, qualified training program.</w:t>
      </w:r>
    </w:p>
    <w:p w:rsidR="00AE19D3" w:rsidRDefault="00000000">
      <w:pPr>
        <w:pStyle w:val="Heading1"/>
        <w:spacing w:before="200" w:after="80"/>
      </w:pPr>
      <w:r>
        <w:t>6. DIFFERENTIATION: K • GRADE 1 • GRADE 2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0"/>
        <w:gridCol w:w="2448"/>
        <w:gridCol w:w="2448"/>
        <w:gridCol w:w="2448"/>
      </w:tblGrid>
      <w:tr w:rsidR="00AE19D3">
        <w:trPr>
          <w:tblHeader/>
          <w:jc w:val="center"/>
        </w:trPr>
        <w:tc>
          <w:tcPr>
            <w:tcW w:w="1800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AREA</w:t>
            </w:r>
          </w:p>
        </w:tc>
        <w:tc>
          <w:tcPr>
            <w:tcW w:w="2448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KINDERGARTEN</w:t>
            </w:r>
          </w:p>
        </w:tc>
        <w:tc>
          <w:tcPr>
            <w:tcW w:w="2448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GRADE 1</w:t>
            </w:r>
          </w:p>
        </w:tc>
        <w:tc>
          <w:tcPr>
            <w:tcW w:w="2448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GRADE 2</w:t>
            </w:r>
          </w:p>
        </w:tc>
      </w:tr>
      <w:tr w:rsidR="00AE19D3">
        <w:trPr>
          <w:jc w:val="center"/>
        </w:trPr>
        <w:tc>
          <w:tcPr>
            <w:tcW w:w="1800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Vocabulary</w:t>
            </w:r>
          </w:p>
        </w:tc>
        <w:tc>
          <w:tcPr>
            <w:tcW w:w="244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notice, help, safe, hurt</w:t>
            </w:r>
          </w:p>
        </w:tc>
        <w:tc>
          <w:tcPr>
            <w:tcW w:w="244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emergency, first aid, CPR, adult</w:t>
            </w:r>
          </w:p>
        </w:tc>
        <w:tc>
          <w:tcPr>
            <w:tcW w:w="244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emergency, CPR, choking, AED, responder</w:t>
            </w:r>
          </w:p>
        </w:tc>
      </w:tr>
      <w:tr w:rsidR="00AE19D3">
        <w:trPr>
          <w:jc w:val="center"/>
        </w:trPr>
        <w:tc>
          <w:tcPr>
            <w:tcW w:w="1800" w:type="dxa"/>
            <w:vAlign w:val="center"/>
          </w:tcPr>
          <w:p w:rsidR="00AE19D3" w:rsidRDefault="00000000">
            <w:r>
              <w:rPr>
                <w:sz w:val="16"/>
              </w:rPr>
              <w:t>Reading</w:t>
            </w:r>
          </w:p>
        </w:tc>
        <w:tc>
          <w:tcPr>
            <w:tcW w:w="2448" w:type="dxa"/>
            <w:vAlign w:val="center"/>
          </w:tcPr>
          <w:p w:rsidR="00AE19D3" w:rsidRDefault="00000000">
            <w:r>
              <w:rPr>
                <w:sz w:val="16"/>
              </w:rPr>
              <w:t>pictures, oral responses</w:t>
            </w:r>
          </w:p>
        </w:tc>
        <w:tc>
          <w:tcPr>
            <w:tcW w:w="2448" w:type="dxa"/>
            <w:vAlign w:val="center"/>
          </w:tcPr>
          <w:p w:rsidR="00AE19D3" w:rsidRDefault="00000000">
            <w:r>
              <w:rPr>
                <w:sz w:val="16"/>
              </w:rPr>
              <w:t>short sentences and picture sequences</w:t>
            </w:r>
          </w:p>
        </w:tc>
        <w:tc>
          <w:tcPr>
            <w:tcW w:w="2448" w:type="dxa"/>
            <w:vAlign w:val="center"/>
          </w:tcPr>
          <w:p w:rsidR="00AE19D3" w:rsidRDefault="00000000">
            <w:r>
              <w:rPr>
                <w:sz w:val="16"/>
              </w:rPr>
              <w:t>short scenarios and simple written explanations</w:t>
            </w:r>
          </w:p>
        </w:tc>
      </w:tr>
      <w:tr w:rsidR="00AE19D3">
        <w:trPr>
          <w:jc w:val="center"/>
        </w:trPr>
        <w:tc>
          <w:tcPr>
            <w:tcW w:w="1800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CPR</w:t>
            </w:r>
          </w:p>
        </w:tc>
        <w:tc>
          <w:tcPr>
            <w:tcW w:w="244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awareness; manikin demonstration if appropriate</w:t>
            </w:r>
          </w:p>
        </w:tc>
        <w:tc>
          <w:tcPr>
            <w:tcW w:w="244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awareness plus supervised manikin activity</w:t>
            </w:r>
          </w:p>
        </w:tc>
        <w:tc>
          <w:tcPr>
            <w:tcW w:w="244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awareness plus structured supervised practice</w:t>
            </w:r>
          </w:p>
        </w:tc>
      </w:tr>
      <w:tr w:rsidR="00AE19D3">
        <w:trPr>
          <w:jc w:val="center"/>
        </w:trPr>
        <w:tc>
          <w:tcPr>
            <w:tcW w:w="1800" w:type="dxa"/>
            <w:vAlign w:val="center"/>
          </w:tcPr>
          <w:p w:rsidR="00AE19D3" w:rsidRDefault="00000000">
            <w:r>
              <w:rPr>
                <w:sz w:val="16"/>
              </w:rPr>
              <w:t>First aid</w:t>
            </w:r>
          </w:p>
        </w:tc>
        <w:tc>
          <w:tcPr>
            <w:tcW w:w="2448" w:type="dxa"/>
            <w:vAlign w:val="center"/>
          </w:tcPr>
          <w:p w:rsidR="00AE19D3" w:rsidRDefault="00000000">
            <w:r>
              <w:rPr>
                <w:sz w:val="16"/>
              </w:rPr>
              <w:t>comfort/get help; pretend bandage</w:t>
            </w:r>
          </w:p>
        </w:tc>
        <w:tc>
          <w:tcPr>
            <w:tcW w:w="2448" w:type="dxa"/>
            <w:vAlign w:val="center"/>
          </w:tcPr>
          <w:p w:rsidR="00AE19D3" w:rsidRDefault="00000000">
            <w:r>
              <w:rPr>
                <w:sz w:val="16"/>
              </w:rPr>
              <w:t>pretend wound care and bandaging</w:t>
            </w:r>
          </w:p>
        </w:tc>
        <w:tc>
          <w:tcPr>
            <w:tcW w:w="2448" w:type="dxa"/>
            <w:vAlign w:val="center"/>
          </w:tcPr>
          <w:p w:rsidR="00AE19D3" w:rsidRDefault="00000000">
            <w:r>
              <w:rPr>
                <w:sz w:val="16"/>
              </w:rPr>
              <w:t>sequence simple first-aid response</w:t>
            </w:r>
          </w:p>
        </w:tc>
      </w:tr>
      <w:tr w:rsidR="00AE19D3">
        <w:trPr>
          <w:jc w:val="center"/>
        </w:trPr>
        <w:tc>
          <w:tcPr>
            <w:tcW w:w="1800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Choking</w:t>
            </w:r>
          </w:p>
        </w:tc>
        <w:tc>
          <w:tcPr>
            <w:tcW w:w="244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recognize and get adult</w:t>
            </w:r>
          </w:p>
        </w:tc>
        <w:tc>
          <w:tcPr>
            <w:tcW w:w="244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recognize, get adult, encourage safe response</w:t>
            </w:r>
          </w:p>
        </w:tc>
        <w:tc>
          <w:tcPr>
            <w:tcW w:w="244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compare safe vs unsafe response choices</w:t>
            </w:r>
          </w:p>
        </w:tc>
      </w:tr>
      <w:tr w:rsidR="00AE19D3">
        <w:trPr>
          <w:jc w:val="center"/>
        </w:trPr>
        <w:tc>
          <w:tcPr>
            <w:tcW w:w="1800" w:type="dxa"/>
            <w:vAlign w:val="center"/>
          </w:tcPr>
          <w:p w:rsidR="00AE19D3" w:rsidRDefault="00000000">
            <w:r>
              <w:rPr>
                <w:sz w:val="16"/>
              </w:rPr>
              <w:t>Assessment</w:t>
            </w:r>
          </w:p>
        </w:tc>
        <w:tc>
          <w:tcPr>
            <w:tcW w:w="2448" w:type="dxa"/>
            <w:vAlign w:val="center"/>
          </w:tcPr>
          <w:p w:rsidR="00AE19D3" w:rsidRDefault="00000000">
            <w:r>
              <w:rPr>
                <w:sz w:val="16"/>
              </w:rPr>
              <w:t>drawing / oral</w:t>
            </w:r>
          </w:p>
        </w:tc>
        <w:tc>
          <w:tcPr>
            <w:tcW w:w="2448" w:type="dxa"/>
            <w:vAlign w:val="center"/>
          </w:tcPr>
          <w:p w:rsidR="00AE19D3" w:rsidRDefault="00000000">
            <w:r>
              <w:rPr>
                <w:sz w:val="16"/>
              </w:rPr>
              <w:t>picture + short response</w:t>
            </w:r>
          </w:p>
        </w:tc>
        <w:tc>
          <w:tcPr>
            <w:tcW w:w="2448" w:type="dxa"/>
            <w:vAlign w:val="center"/>
          </w:tcPr>
          <w:p w:rsidR="00AE19D3" w:rsidRDefault="00000000">
            <w:r>
              <w:rPr>
                <w:sz w:val="16"/>
              </w:rPr>
              <w:t>scenario-based written/oral response</w:t>
            </w:r>
          </w:p>
        </w:tc>
      </w:tr>
      <w:tr w:rsidR="00AE19D3">
        <w:trPr>
          <w:jc w:val="center"/>
        </w:trPr>
        <w:tc>
          <w:tcPr>
            <w:tcW w:w="1800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Extension</w:t>
            </w:r>
          </w:p>
        </w:tc>
        <w:tc>
          <w:tcPr>
            <w:tcW w:w="244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color a safety poster</w:t>
            </w:r>
          </w:p>
        </w:tc>
        <w:tc>
          <w:tcPr>
            <w:tcW w:w="244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create a safety mini-book</w:t>
            </w:r>
          </w:p>
        </w:tc>
        <w:tc>
          <w:tcPr>
            <w:tcW w:w="244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create an emergency response poster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2"/>
        <w:spacing w:before="120" w:after="80"/>
      </w:pPr>
      <w:r>
        <w:t>INCLUSION &amp; ACCESS</w:t>
      </w:r>
    </w:p>
    <w:p w:rsidR="00AE19D3" w:rsidRDefault="00000000">
      <w:pPr>
        <w:pStyle w:val="ListBullet"/>
        <w:spacing w:after="40"/>
        <w:ind w:left="288"/>
      </w:pPr>
      <w:r>
        <w:t>Offer drawing, pointing, oral response, partner response, or written response.</w:t>
      </w:r>
    </w:p>
    <w:p w:rsidR="00AE19D3" w:rsidRDefault="00000000">
      <w:pPr>
        <w:pStyle w:val="ListBullet"/>
        <w:spacing w:after="40"/>
        <w:ind w:left="288"/>
      </w:pPr>
      <w:r>
        <w:t>Allow students to observe physical practice rather than participate.</w:t>
      </w:r>
    </w:p>
    <w:p w:rsidR="00AE19D3" w:rsidRDefault="00000000">
      <w:pPr>
        <w:pStyle w:val="ListBullet"/>
        <w:spacing w:after="40"/>
        <w:ind w:left="288"/>
      </w:pPr>
      <w:r>
        <w:t>Use visual schedules and repeated response routines.</w:t>
      </w:r>
    </w:p>
    <w:p w:rsidR="00AE19D3" w:rsidRDefault="00000000">
      <w:pPr>
        <w:pStyle w:val="ListBullet"/>
        <w:spacing w:after="40"/>
        <w:ind w:left="288"/>
      </w:pPr>
      <w:r>
        <w:t>Pre-teach vocabulary with pictures.</w:t>
      </w:r>
    </w:p>
    <w:p w:rsidR="00AE19D3" w:rsidRDefault="00000000">
      <w:pPr>
        <w:pStyle w:val="ListBullet"/>
        <w:spacing w:after="40"/>
        <w:ind w:left="288"/>
      </w:pPr>
      <w:r>
        <w:t>Keep simulations calm and predictable for students who may find emergency topics distressing.</w:t>
      </w:r>
    </w:p>
    <w:p w:rsidR="00AE19D3" w:rsidRDefault="00000000">
      <w:pPr>
        <w:pStyle w:val="ListBullet"/>
        <w:spacing w:after="40"/>
        <w:ind w:left="288"/>
      </w:pPr>
      <w:r>
        <w:t>Use peer collaboration for discussion, not for physical rescue maneuvers.</w:t>
      </w:r>
    </w:p>
    <w:p w:rsidR="00AE19D3" w:rsidRDefault="00000000">
      <w:r>
        <w:br w:type="page"/>
      </w:r>
    </w:p>
    <w:p w:rsidR="00AE19D3" w:rsidRDefault="00000000">
      <w:pPr>
        <w:pStyle w:val="Heading1"/>
        <w:spacing w:before="200" w:after="80"/>
      </w:pPr>
      <w:r>
        <w:lastRenderedPageBreak/>
        <w:t>7. FAMILY &amp; COMMUNITY EXTENSION</w:t>
      </w:r>
    </w:p>
    <w:p w:rsidR="00AE19D3" w:rsidRDefault="00000000">
      <w:pPr>
        <w:pStyle w:val="Heading2"/>
        <w:spacing w:before="120" w:after="80"/>
      </w:pPr>
      <w:r>
        <w:t>FAMILY SAFETY CARD</w:t>
      </w:r>
    </w:p>
    <w:p w:rsidR="00AE19D3" w:rsidRDefault="00000000">
      <w:pPr>
        <w:spacing w:after="80" w:line="252" w:lineRule="auto"/>
      </w:pPr>
      <w:r>
        <w:t>Send home a one-page card asking families to complete three items: (1) identify a trusted adult, (2) identify the local emergency number, and (3) identify where emergency and first-aid resources are located. The supplied lesson plans repeatedly use home emergency preparedness as a transfer activity.</w:t>
      </w:r>
    </w:p>
    <w:p w:rsidR="00AE19D3" w:rsidRDefault="00000000">
      <w:pPr>
        <w:pStyle w:val="Heading2"/>
        <w:spacing w:before="120" w:after="80"/>
      </w:pPr>
      <w:r>
        <w:t>HOME ACTIVITY | FIND THE HELP</w:t>
      </w:r>
    </w:p>
    <w:p w:rsidR="00AE19D3" w:rsidRDefault="00000000">
      <w:pPr>
        <w:pStyle w:val="ListBullet"/>
        <w:spacing w:after="40"/>
        <w:ind w:left="288"/>
      </w:pPr>
      <w:r>
        <w:t>With an adult, identify the nearest safe place to get emergency help.</w:t>
      </w:r>
    </w:p>
    <w:p w:rsidR="00AE19D3" w:rsidRDefault="00000000">
      <w:pPr>
        <w:pStyle w:val="ListBullet"/>
        <w:spacing w:after="40"/>
        <w:ind w:left="288"/>
      </w:pPr>
      <w:r>
        <w:t>Ask an adult what the family emergency plan is.</w:t>
      </w:r>
    </w:p>
    <w:p w:rsidR="00AE19D3" w:rsidRDefault="00000000">
      <w:pPr>
        <w:pStyle w:val="ListBullet"/>
        <w:spacing w:after="40"/>
        <w:ind w:left="288"/>
      </w:pPr>
      <w:r>
        <w:t>Find the home first-aid kit, if there is one.</w:t>
      </w:r>
    </w:p>
    <w:p w:rsidR="00AE19D3" w:rsidRDefault="00000000">
      <w:pPr>
        <w:pStyle w:val="ListBullet"/>
        <w:spacing w:after="40"/>
        <w:ind w:left="288"/>
      </w:pPr>
      <w:r>
        <w:t>Ask what the local emergency number is.</w:t>
      </w:r>
    </w:p>
    <w:p w:rsidR="00AE19D3" w:rsidRDefault="00000000">
      <w:pPr>
        <w:pStyle w:val="ListBullet"/>
        <w:spacing w:after="40"/>
        <w:ind w:left="288"/>
      </w:pPr>
      <w:r>
        <w:t>Talk about when to get an adult immediately.</w:t>
      </w:r>
    </w:p>
    <w:p w:rsidR="00AE19D3" w:rsidRDefault="00000000">
      <w:pPr>
        <w:pStyle w:val="Heading2"/>
        <w:spacing w:before="120" w:after="80"/>
      </w:pPr>
      <w:r>
        <w:t>COMMUNITY CONNECTION</w:t>
      </w:r>
    </w:p>
    <w:p w:rsidR="00AE19D3" w:rsidRDefault="00000000">
      <w:pPr>
        <w:spacing w:after="80" w:line="252" w:lineRule="auto"/>
      </w:pPr>
      <w:r>
        <w:t>Where appropriate, invite a CPR-certified instructor, nurse, first responder or healthcare professional to demonstrate equipment and answer questions. The source materials specifically recommend qualified adult or healthcare-professional involvement. fileciteturn5file1L226-L233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AE19D3">
        <w:trPr>
          <w:jc w:val="center"/>
        </w:trPr>
        <w:tc>
          <w:tcPr>
            <w:tcW w:w="10166" w:type="dxa"/>
            <w:shd w:val="clear" w:color="auto" w:fill="E2F0D9"/>
          </w:tcPr>
          <w:p w:rsidR="00AE19D3" w:rsidRDefault="00000000">
            <w:pPr>
              <w:spacing w:after="40"/>
            </w:pPr>
            <w:r>
              <w:rPr>
                <w:b/>
                <w:color w:val="17365D"/>
                <w:sz w:val="20"/>
              </w:rPr>
              <w:t>FAMILY TAKEAWAY</w:t>
            </w:r>
          </w:p>
          <w:p w:rsidR="00AE19D3" w:rsidRDefault="00000000">
            <w:pPr>
              <w:spacing w:after="40"/>
            </w:pPr>
            <w:r>
              <w:t>Children do not need to be fearless to help. They need a safe plan for getting help.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pPr>
        <w:pStyle w:val="Heading1"/>
        <w:spacing w:before="200" w:after="80"/>
      </w:pPr>
      <w:r>
        <w:t>8. TEACHER RESOURCE BANK</w:t>
      </w:r>
    </w:p>
    <w:p w:rsidR="00AE19D3" w:rsidRDefault="00000000">
      <w:pPr>
        <w:spacing w:after="80" w:line="252" w:lineRule="auto"/>
      </w:pPr>
      <w:r>
        <w:t>The following links are carried forward from the supplied CPR lesson-plan materials. Teachers should use the current guidance published by the resource provider when preparing any physical skill demonstration.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20"/>
        <w:gridCol w:w="3168"/>
        <w:gridCol w:w="4032"/>
      </w:tblGrid>
      <w:tr w:rsidR="00AE19D3">
        <w:trPr>
          <w:tblHeader/>
          <w:jc w:val="center"/>
        </w:trPr>
        <w:tc>
          <w:tcPr>
            <w:tcW w:w="2520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RESOURCE</w:t>
            </w:r>
          </w:p>
        </w:tc>
        <w:tc>
          <w:tcPr>
            <w:tcW w:w="3168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USE</w:t>
            </w:r>
          </w:p>
        </w:tc>
        <w:tc>
          <w:tcPr>
            <w:tcW w:w="4032" w:type="dxa"/>
            <w:shd w:val="clear" w:color="auto" w:fill="17365D"/>
            <w:vAlign w:val="center"/>
          </w:tcPr>
          <w:p w:rsidR="00AE19D3" w:rsidRDefault="00000000">
            <w:r>
              <w:rPr>
                <w:b/>
                <w:color w:val="FFFFFF"/>
                <w:sz w:val="16"/>
              </w:rPr>
              <w:t>URL</w:t>
            </w:r>
          </w:p>
        </w:tc>
      </w:tr>
      <w:tr w:rsidR="00AE19D3">
        <w:trPr>
          <w:jc w:val="center"/>
        </w:trPr>
        <w:tc>
          <w:tcPr>
            <w:tcW w:w="2520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American Heart Association — CPR</w:t>
            </w:r>
          </w:p>
        </w:tc>
        <w:tc>
          <w:tcPr>
            <w:tcW w:w="316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CPR information and Hands-Only CPR resources</w:t>
            </w:r>
          </w:p>
        </w:tc>
        <w:tc>
          <w:tcPr>
            <w:tcW w:w="40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https://www.heart.org/en/cpr</w:t>
            </w:r>
          </w:p>
        </w:tc>
      </w:tr>
      <w:tr w:rsidR="00AE19D3">
        <w:trPr>
          <w:jc w:val="center"/>
        </w:trPr>
        <w:tc>
          <w:tcPr>
            <w:tcW w:w="2520" w:type="dxa"/>
            <w:vAlign w:val="center"/>
          </w:tcPr>
          <w:p w:rsidR="00AE19D3" w:rsidRDefault="00000000">
            <w:r>
              <w:rPr>
                <w:sz w:val="16"/>
              </w:rPr>
              <w:t>American Heart Association — Kids CPR</w:t>
            </w:r>
          </w:p>
        </w:tc>
        <w:tc>
          <w:tcPr>
            <w:tcW w:w="3168" w:type="dxa"/>
            <w:vAlign w:val="center"/>
          </w:tcPr>
          <w:p w:rsidR="00AE19D3" w:rsidRDefault="00000000">
            <w:r>
              <w:rPr>
                <w:sz w:val="16"/>
              </w:rPr>
              <w:t>Kid-focused CPR learning resources</w:t>
            </w:r>
          </w:p>
        </w:tc>
        <w:tc>
          <w:tcPr>
            <w:tcW w:w="4032" w:type="dxa"/>
            <w:vAlign w:val="center"/>
          </w:tcPr>
          <w:p w:rsidR="00AE19D3" w:rsidRDefault="00000000">
            <w:r>
              <w:rPr>
                <w:sz w:val="16"/>
              </w:rPr>
              <w:t>https://cpr.heart.org/en/cpr-courses-and-kits/learn-cpr-kids</w:t>
            </w:r>
          </w:p>
        </w:tc>
      </w:tr>
      <w:tr w:rsidR="00AE19D3">
        <w:trPr>
          <w:jc w:val="center"/>
        </w:trPr>
        <w:tc>
          <w:tcPr>
            <w:tcW w:w="2520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American Red Cross — CPR</w:t>
            </w:r>
          </w:p>
        </w:tc>
        <w:tc>
          <w:tcPr>
            <w:tcW w:w="316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CPR/AED training and CPR resources</w:t>
            </w:r>
          </w:p>
        </w:tc>
        <w:tc>
          <w:tcPr>
            <w:tcW w:w="40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https://www.redcross.org/take-a-class/cpr</w:t>
            </w:r>
          </w:p>
        </w:tc>
      </w:tr>
      <w:tr w:rsidR="00AE19D3">
        <w:trPr>
          <w:jc w:val="center"/>
        </w:trPr>
        <w:tc>
          <w:tcPr>
            <w:tcW w:w="2520" w:type="dxa"/>
            <w:vAlign w:val="center"/>
          </w:tcPr>
          <w:p w:rsidR="00AE19D3" w:rsidRDefault="00000000">
            <w:r>
              <w:rPr>
                <w:sz w:val="16"/>
              </w:rPr>
              <w:t>American Red Cross — Hands-Only CPR</w:t>
            </w:r>
          </w:p>
        </w:tc>
        <w:tc>
          <w:tcPr>
            <w:tcW w:w="3168" w:type="dxa"/>
            <w:vAlign w:val="center"/>
          </w:tcPr>
          <w:p w:rsidR="00AE19D3" w:rsidRDefault="00000000">
            <w:r>
              <w:rPr>
                <w:sz w:val="16"/>
              </w:rPr>
              <w:t>Hands-Only CPR resource</w:t>
            </w:r>
          </w:p>
        </w:tc>
        <w:tc>
          <w:tcPr>
            <w:tcW w:w="4032" w:type="dxa"/>
            <w:vAlign w:val="center"/>
          </w:tcPr>
          <w:p w:rsidR="00AE19D3" w:rsidRDefault="00000000">
            <w:r>
              <w:rPr>
                <w:sz w:val="16"/>
              </w:rPr>
              <w:t>https://www.redcross.org/take-a-class/cpr/performing-cpr/hands-only-cpr</w:t>
            </w:r>
          </w:p>
        </w:tc>
      </w:tr>
      <w:tr w:rsidR="00AE19D3">
        <w:trPr>
          <w:jc w:val="center"/>
        </w:trPr>
        <w:tc>
          <w:tcPr>
            <w:tcW w:w="2520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Mayo Clinic — Choking First Aid</w:t>
            </w:r>
          </w:p>
        </w:tc>
        <w:tc>
          <w:tcPr>
            <w:tcW w:w="316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General choking first-aid information</w:t>
            </w:r>
          </w:p>
        </w:tc>
        <w:tc>
          <w:tcPr>
            <w:tcW w:w="40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https://www.mayoclinic.org/first-aid/first-aid-choking/basics/art-20056637</w:t>
            </w:r>
          </w:p>
        </w:tc>
      </w:tr>
      <w:tr w:rsidR="00AE19D3">
        <w:trPr>
          <w:jc w:val="center"/>
        </w:trPr>
        <w:tc>
          <w:tcPr>
            <w:tcW w:w="2520" w:type="dxa"/>
            <w:vAlign w:val="center"/>
          </w:tcPr>
          <w:p w:rsidR="00AE19D3" w:rsidRDefault="00000000">
            <w:r>
              <w:rPr>
                <w:sz w:val="16"/>
              </w:rPr>
              <w:t>National Safety Council — CPR &amp; Choking</w:t>
            </w:r>
          </w:p>
        </w:tc>
        <w:tc>
          <w:tcPr>
            <w:tcW w:w="3168" w:type="dxa"/>
            <w:vAlign w:val="center"/>
          </w:tcPr>
          <w:p w:rsidR="00AE19D3" w:rsidRDefault="00000000">
            <w:r>
              <w:rPr>
                <w:sz w:val="16"/>
              </w:rPr>
              <w:t>CPR and choking resources</w:t>
            </w:r>
          </w:p>
        </w:tc>
        <w:tc>
          <w:tcPr>
            <w:tcW w:w="4032" w:type="dxa"/>
            <w:vAlign w:val="center"/>
          </w:tcPr>
          <w:p w:rsidR="00AE19D3" w:rsidRDefault="00000000">
            <w:r>
              <w:rPr>
                <w:sz w:val="16"/>
              </w:rPr>
              <w:t>https://www.nsc.org/safety-training/first-aid/cpr-choking-rescue</w:t>
            </w:r>
          </w:p>
        </w:tc>
      </w:tr>
      <w:tr w:rsidR="00AE19D3">
        <w:trPr>
          <w:jc w:val="center"/>
        </w:trPr>
        <w:tc>
          <w:tcPr>
            <w:tcW w:w="2520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Safe Kids Worldwide — First Aid &amp; Safety</w:t>
            </w:r>
          </w:p>
        </w:tc>
        <w:tc>
          <w:tcPr>
            <w:tcW w:w="316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Child safety resources</w:t>
            </w:r>
          </w:p>
        </w:tc>
        <w:tc>
          <w:tcPr>
            <w:tcW w:w="40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https://www.safekids.org/safetytips/field_age/children</w:t>
            </w:r>
          </w:p>
        </w:tc>
      </w:tr>
      <w:tr w:rsidR="00AE19D3">
        <w:trPr>
          <w:jc w:val="center"/>
        </w:trPr>
        <w:tc>
          <w:tcPr>
            <w:tcW w:w="2520" w:type="dxa"/>
            <w:vAlign w:val="center"/>
          </w:tcPr>
          <w:p w:rsidR="00AE19D3" w:rsidRDefault="00000000">
            <w:r>
              <w:rPr>
                <w:sz w:val="16"/>
              </w:rPr>
              <w:t>KidsHealth — First Aid</w:t>
            </w:r>
          </w:p>
        </w:tc>
        <w:tc>
          <w:tcPr>
            <w:tcW w:w="3168" w:type="dxa"/>
            <w:vAlign w:val="center"/>
          </w:tcPr>
          <w:p w:rsidR="00AE19D3" w:rsidRDefault="00000000">
            <w:r>
              <w:rPr>
                <w:sz w:val="16"/>
              </w:rPr>
              <w:t>Kid-friendly first-aid information</w:t>
            </w:r>
          </w:p>
        </w:tc>
        <w:tc>
          <w:tcPr>
            <w:tcW w:w="4032" w:type="dxa"/>
            <w:vAlign w:val="center"/>
          </w:tcPr>
          <w:p w:rsidR="00AE19D3" w:rsidRDefault="00000000">
            <w:r>
              <w:rPr>
                <w:sz w:val="16"/>
              </w:rPr>
              <w:t>https://kidshealth.org/en/kids/first-aid.html</w:t>
            </w:r>
          </w:p>
        </w:tc>
      </w:tr>
      <w:tr w:rsidR="00AE19D3">
        <w:trPr>
          <w:jc w:val="center"/>
        </w:trPr>
        <w:tc>
          <w:tcPr>
            <w:tcW w:w="2520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British Heart Foundation — CPR Resources</w:t>
            </w:r>
          </w:p>
        </w:tc>
        <w:tc>
          <w:tcPr>
            <w:tcW w:w="3168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CPR educational resources</w:t>
            </w:r>
          </w:p>
        </w:tc>
        <w:tc>
          <w:tcPr>
            <w:tcW w:w="4032" w:type="dxa"/>
            <w:shd w:val="clear" w:color="auto" w:fill="F3F7FA"/>
            <w:vAlign w:val="center"/>
          </w:tcPr>
          <w:p w:rsidR="00AE19D3" w:rsidRDefault="00000000">
            <w:r>
              <w:rPr>
                <w:sz w:val="16"/>
              </w:rPr>
              <w:t>https://www.bhf.org.uk/how-you-can-help/how-to-save-a-life/cpr-kits</w:t>
            </w:r>
          </w:p>
        </w:tc>
      </w:tr>
    </w:tbl>
    <w:p w:rsidR="00AE19D3" w:rsidRDefault="00AE19D3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AE19D3">
        <w:trPr>
          <w:jc w:val="center"/>
        </w:trPr>
        <w:tc>
          <w:tcPr>
            <w:tcW w:w="10166" w:type="dxa"/>
            <w:shd w:val="clear" w:color="auto" w:fill="FFF2CC"/>
          </w:tcPr>
          <w:p w:rsidR="00AE19D3" w:rsidRDefault="00000000">
            <w:pPr>
              <w:spacing w:after="40"/>
            </w:pPr>
            <w:r>
              <w:rPr>
                <w:b/>
                <w:color w:val="17365D"/>
                <w:sz w:val="20"/>
              </w:rPr>
              <w:t>RESOURCE NOTE</w:t>
            </w:r>
          </w:p>
          <w:p w:rsidR="00AE19D3" w:rsidRDefault="00000000">
            <w:pPr>
              <w:spacing w:after="40"/>
            </w:pPr>
            <w:r>
              <w:t>The original supplied materials include these organizations as supporting resources. The plan does not treat a URL as a substitute for current, qualified CPR instruction or local school/emergency procedures.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r>
        <w:br w:type="page"/>
      </w:r>
    </w:p>
    <w:p w:rsidR="00AE19D3" w:rsidRDefault="00000000">
      <w:pPr>
        <w:pStyle w:val="Heading1"/>
        <w:spacing w:before="200" w:after="80"/>
      </w:pPr>
      <w:r>
        <w:lastRenderedPageBreak/>
        <w:t>SOURCE BASIS &amp; PRODUCTION NOTES</w:t>
      </w:r>
    </w:p>
    <w:p w:rsidR="00AE19D3" w:rsidRDefault="00000000">
      <w:pPr>
        <w:pStyle w:val="Heading2"/>
        <w:spacing w:before="120" w:after="80"/>
      </w:pPr>
      <w:r>
        <w:t>SUPPLIED MATERIALS USED</w:t>
      </w:r>
    </w:p>
    <w:p w:rsidR="00AE19D3" w:rsidRDefault="00000000">
      <w:pPr>
        <w:pStyle w:val="ListBullet"/>
        <w:spacing w:after="40"/>
        <w:ind w:left="288"/>
      </w:pPr>
      <w:r>
        <w:t>CPR and choking lesson plan for K–12 with links and supporting material.</w:t>
      </w:r>
    </w:p>
    <w:p w:rsidR="00AE19D3" w:rsidRDefault="00000000">
      <w:pPr>
        <w:pStyle w:val="ListBullet"/>
        <w:spacing w:after="40"/>
        <w:ind w:left="288"/>
      </w:pPr>
      <w:r>
        <w:t>1st Grade CPR Lesson Plan — 1 hour lessons for 5 days.</w:t>
      </w:r>
    </w:p>
    <w:p w:rsidR="00AE19D3" w:rsidRDefault="00000000">
      <w:pPr>
        <w:pStyle w:val="ListBullet"/>
        <w:spacing w:after="40"/>
        <w:ind w:left="288"/>
      </w:pPr>
      <w:r>
        <w:t>2nd Grade CPR Lesson Plan — 1 hour lessons for 5 days.</w:t>
      </w:r>
    </w:p>
    <w:p w:rsidR="00AE19D3" w:rsidRDefault="00000000">
      <w:pPr>
        <w:pStyle w:val="ListBullet"/>
        <w:spacing w:after="40"/>
        <w:ind w:left="288"/>
      </w:pPr>
      <w:r>
        <w:t>CPR Lesson Plan — Master Plan.</w:t>
      </w:r>
    </w:p>
    <w:p w:rsidR="00AE19D3" w:rsidRDefault="00000000">
      <w:pPr>
        <w:pStyle w:val="ListBullet"/>
        <w:spacing w:after="40"/>
        <w:ind w:left="288"/>
      </w:pPr>
      <w:r>
        <w:t>Master — CPR — Book — All Plans.</w:t>
      </w:r>
    </w:p>
    <w:p w:rsidR="00AE19D3" w:rsidRDefault="00000000">
      <w:pPr>
        <w:pStyle w:val="Heading2"/>
        <w:spacing w:before="120" w:after="80"/>
      </w:pPr>
      <w:r>
        <w:t>WHAT WAS COMBINED</w:t>
      </w:r>
    </w:p>
    <w:p w:rsidR="00AE19D3" w:rsidRDefault="00000000">
      <w:pPr>
        <w:pStyle w:val="ListBullet"/>
        <w:spacing w:after="40"/>
        <w:ind w:left="288"/>
      </w:pPr>
      <w:r>
        <w:t>The K–12 foundational objectives: CPR importance, basic emergency response, choking awareness and emergency-service help. fileciteturn3file2L149-L171</w:t>
      </w:r>
    </w:p>
    <w:p w:rsidR="00AE19D3" w:rsidRDefault="00000000">
      <w:pPr>
        <w:pStyle w:val="ListBullet"/>
        <w:spacing w:after="40"/>
        <w:ind w:left="288"/>
      </w:pPr>
      <w:r>
        <w:t>The 1st-grade “Safety Superheroes” approach, including safety recognition, emergency scenarios, basic first aid, CPR awareness, choking awareness, review and certificates. fileciteturn4file1L53-L80</w:t>
      </w:r>
    </w:p>
    <w:p w:rsidR="00AE19D3" w:rsidRDefault="00000000">
      <w:pPr>
        <w:pStyle w:val="ListBullet"/>
        <w:spacing w:after="40"/>
        <w:ind w:left="288"/>
      </w:pPr>
      <w:r>
        <w:t>The 2nd-grade “Lifesaving Heroes” approach, including safety scavenger hunt, first-aid memory game, bandaging, CPR relay, choking safety game and final reflection/certificate. fileciteturn5file1L115-L160 fileciteturn5file1L161-L204</w:t>
      </w:r>
    </w:p>
    <w:p w:rsidR="00AE19D3" w:rsidRDefault="00000000">
      <w:pPr>
        <w:pStyle w:val="ListBullet"/>
        <w:spacing w:after="40"/>
        <w:ind w:left="288"/>
      </w:pPr>
      <w:r>
        <w:t>The master plan’s emphasis on emergency recognition, CPR awareness, choking response, AED awareness, review and supervised instruction. fileciteturn5file0L12-L36</w:t>
      </w:r>
    </w:p>
    <w:p w:rsidR="00AE19D3" w:rsidRDefault="00000000">
      <w:pPr>
        <w:pStyle w:val="Heading2"/>
        <w:spacing w:before="120" w:after="80"/>
      </w:pPr>
      <w:r>
        <w:t>PRODUCTION STANDARD FOR THIS 9.8 EDITION</w:t>
      </w:r>
    </w:p>
    <w:p w:rsidR="00AE19D3" w:rsidRDefault="00000000">
      <w:pPr>
        <w:pStyle w:val="ListBullet"/>
        <w:spacing w:after="40"/>
        <w:ind w:left="288"/>
      </w:pPr>
      <w:r>
        <w:t>Standalone and classroom-ready.</w:t>
      </w:r>
    </w:p>
    <w:p w:rsidR="00AE19D3" w:rsidRDefault="00000000">
      <w:pPr>
        <w:pStyle w:val="ListBullet"/>
        <w:spacing w:after="40"/>
        <w:ind w:left="288"/>
      </w:pPr>
      <w:r>
        <w:t>Five complete 60-minute lessons.</w:t>
      </w:r>
    </w:p>
    <w:p w:rsidR="00AE19D3" w:rsidRDefault="00000000">
      <w:pPr>
        <w:pStyle w:val="ListBullet"/>
        <w:spacing w:after="40"/>
        <w:ind w:left="288"/>
      </w:pPr>
      <w:r>
        <w:t>Consistent instructional architecture across the K–2 band.</w:t>
      </w:r>
    </w:p>
    <w:p w:rsidR="00AE19D3" w:rsidRDefault="00000000">
      <w:pPr>
        <w:pStyle w:val="ListBullet"/>
        <w:spacing w:after="40"/>
        <w:ind w:left="288"/>
      </w:pPr>
      <w:r>
        <w:t>Daily objectives, timing, exercises, games, assessment and take-home transfer.</w:t>
      </w:r>
    </w:p>
    <w:p w:rsidR="00AE19D3" w:rsidRDefault="00000000">
      <w:pPr>
        <w:pStyle w:val="ListBullet"/>
        <w:spacing w:after="40"/>
        <w:ind w:left="288"/>
      </w:pPr>
      <w:r>
        <w:t>Separate teacher safety standard so students are not used as rescue practice targets.</w:t>
      </w:r>
    </w:p>
    <w:p w:rsidR="00AE19D3" w:rsidRDefault="00000000">
      <w:pPr>
        <w:pStyle w:val="ListBullet"/>
        <w:spacing w:after="40"/>
        <w:ind w:left="288"/>
      </w:pPr>
      <w:r>
        <w:t>Age differentiation for Kindergarten, Grade 1 and Grade 2.</w:t>
      </w:r>
    </w:p>
    <w:p w:rsidR="00AE19D3" w:rsidRDefault="00000000">
      <w:pPr>
        <w:pStyle w:val="ListBullet"/>
        <w:spacing w:after="40"/>
        <w:ind w:left="288"/>
      </w:pPr>
      <w:r>
        <w:t>Ready-to-print student worksheets and teacher rubric.</w:t>
      </w:r>
    </w:p>
    <w:p w:rsidR="00AE19D3" w:rsidRDefault="00000000">
      <w:pPr>
        <w:pStyle w:val="ListBullet"/>
        <w:spacing w:after="40"/>
        <w:ind w:left="288"/>
      </w:pPr>
      <w:r>
        <w:t>Resource bank preserving the URLs present in the supplied source materials.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AE19D3">
        <w:trPr>
          <w:jc w:val="center"/>
        </w:trPr>
        <w:tc>
          <w:tcPr>
            <w:tcW w:w="10166" w:type="dxa"/>
            <w:shd w:val="clear" w:color="auto" w:fill="D9EAF7"/>
          </w:tcPr>
          <w:p w:rsidR="00AE19D3" w:rsidRDefault="00000000">
            <w:pPr>
              <w:spacing w:after="40"/>
            </w:pPr>
            <w:r>
              <w:rPr>
                <w:b/>
                <w:color w:val="17365D"/>
                <w:sz w:val="20"/>
              </w:rPr>
              <w:t>MASTER 9.8 JUDGMENT</w:t>
            </w:r>
          </w:p>
          <w:p w:rsidR="00AE19D3" w:rsidRDefault="00000000">
            <w:pPr>
              <w:spacing w:after="40"/>
            </w:pPr>
            <w:r>
              <w:t>This batch is designed to be the K–2 foundation document of a larger five-batch CPR curriculum: practical enough for a teacher to use, simple enough for young learners, and structured enough to scale into the upper grades.</w:t>
            </w:r>
          </w:p>
        </w:tc>
      </w:tr>
    </w:tbl>
    <w:p w:rsidR="00AE19D3" w:rsidRDefault="00AE19D3">
      <w:pPr>
        <w:spacing w:after="40"/>
      </w:pPr>
    </w:p>
    <w:p w:rsidR="00AE19D3" w:rsidRDefault="00000000">
      <w:r>
        <w:br w:type="page"/>
      </w:r>
    </w:p>
    <w:p w:rsidR="00AE19D3" w:rsidRDefault="00000000">
      <w:pPr>
        <w:pStyle w:val="Heading1"/>
        <w:spacing w:before="200" w:after="80"/>
      </w:pPr>
      <w:r>
        <w:lastRenderedPageBreak/>
        <w:t>STUDENT CERTIFICATE TEXT</w:t>
      </w:r>
    </w:p>
    <w:p w:rsidR="00AE19D3" w:rsidRDefault="00000000">
      <w:pPr>
        <w:spacing w:before="600"/>
        <w:jc w:val="center"/>
      </w:pPr>
      <w:r>
        <w:rPr>
          <w:b/>
          <w:color w:val="17365D"/>
          <w:sz w:val="44"/>
        </w:rPr>
        <w:t>CERTIFICATE OF COMPLETION</w:t>
      </w:r>
    </w:p>
    <w:p w:rsidR="00AE19D3" w:rsidRDefault="00000000">
      <w:pPr>
        <w:jc w:val="center"/>
      </w:pPr>
      <w:r>
        <w:rPr>
          <w:b/>
          <w:sz w:val="32"/>
        </w:rPr>
        <w:t>CPR &amp; CHOKING • LIFE-SAVING SKILLS</w:t>
      </w:r>
    </w:p>
    <w:p w:rsidR="00AE19D3" w:rsidRDefault="00000000">
      <w:pPr>
        <w:jc w:val="center"/>
      </w:pPr>
      <w:r>
        <w:br/>
        <w:t>This certificate recognizes</w:t>
      </w:r>
      <w:r>
        <w:br/>
      </w:r>
      <w:r>
        <w:br/>
      </w:r>
      <w:r>
        <w:rPr>
          <w:b/>
        </w:rPr>
        <w:t>____________________________________________</w:t>
      </w:r>
      <w:r>
        <w:br/>
      </w:r>
      <w:r>
        <w:br/>
        <w:t>for completing the K–2 Life-Saving Skills learning unit and demonstrating understanding of safe emergency response, first-aid awareness, CPR awareness, choking safety and the importance of getting trained help.</w:t>
      </w:r>
      <w:r>
        <w:br/>
      </w:r>
      <w:r>
        <w:br/>
        <w:t>Date: ____________________     Teacher: ____________________</w:t>
      </w:r>
      <w:r>
        <w:br/>
      </w:r>
      <w:r>
        <w:br/>
        <w:t>School/Program: 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AE19D3">
        <w:trPr>
          <w:jc w:val="center"/>
        </w:trPr>
        <w:tc>
          <w:tcPr>
            <w:tcW w:w="10166" w:type="dxa"/>
            <w:shd w:val="clear" w:color="auto" w:fill="E2F0D9"/>
          </w:tcPr>
          <w:p w:rsidR="00AE19D3" w:rsidRDefault="00000000">
            <w:pPr>
              <w:spacing w:after="40"/>
            </w:pPr>
            <w:r>
              <w:rPr>
                <w:b/>
                <w:color w:val="17365D"/>
                <w:sz w:val="20"/>
              </w:rPr>
              <w:t>SAFETY PLEDGE</w:t>
            </w:r>
          </w:p>
          <w:p w:rsidR="00AE19D3" w:rsidRDefault="00000000">
            <w:pPr>
              <w:spacing w:after="40"/>
            </w:pPr>
            <w:r>
              <w:t>I will stay safe, get help, stay calm, and use only the skills I have been taught.</w:t>
            </w:r>
          </w:p>
        </w:tc>
      </w:tr>
    </w:tbl>
    <w:p w:rsidR="00AE19D3" w:rsidRDefault="00AE19D3">
      <w:pPr>
        <w:spacing w:after="40"/>
      </w:pPr>
    </w:p>
    <w:sectPr w:rsidR="00AE19D3" w:rsidSect="00034616">
      <w:headerReference w:type="default" r:id="rId8"/>
      <w:footerReference w:type="default" r:id="rId9"/>
      <w:pgSz w:w="12240" w:h="15840"/>
      <w:pgMar w:top="936" w:right="1037" w:bottom="936" w:left="1037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270ED" w:rsidRDefault="00B270ED">
      <w:pPr>
        <w:spacing w:after="0" w:line="240" w:lineRule="auto"/>
      </w:pPr>
      <w:r>
        <w:separator/>
      </w:r>
    </w:p>
  </w:endnote>
  <w:endnote w:type="continuationSeparator" w:id="0">
    <w:p w:rsidR="00B270ED" w:rsidRDefault="00B2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E19D3" w:rsidRDefault="00000000">
    <w:pPr>
      <w:pStyle w:val="Footer"/>
      <w:jc w:val="center"/>
    </w:pPr>
    <w:r>
      <w:rPr>
        <w:color w:val="666666"/>
        <w:sz w:val="16"/>
      </w:rPr>
      <w:t xml:space="preserve">CPR &amp; CHOKING • K–2 MASTER 9.8  |  </w:t>
    </w:r>
    <w:r>
      <w:fldChar w:fldCharType="begin"/>
    </w:r>
    <w:r>
      <w:instrText>PAGE</w:instrText>
    </w:r>
    <w:r>
      <w:fldChar w:fldCharType="separate"/>
    </w:r>
    <w:r w:rsidR="009278F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270ED" w:rsidRDefault="00B270ED">
      <w:pPr>
        <w:spacing w:after="0" w:line="240" w:lineRule="auto"/>
      </w:pPr>
      <w:r>
        <w:separator/>
      </w:r>
    </w:p>
  </w:footnote>
  <w:footnote w:type="continuationSeparator" w:id="0">
    <w:p w:rsidR="00B270ED" w:rsidRDefault="00B27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E19D3" w:rsidRDefault="00000000">
    <w:pPr>
      <w:pStyle w:val="Header"/>
      <w:jc w:val="right"/>
    </w:pPr>
    <w:r>
      <w:rPr>
        <w:color w:val="666666"/>
        <w:sz w:val="16"/>
      </w:rPr>
      <w:t>C&amp;U FIRST AID &amp; CPR TRAINING  |  BATCH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4428634">
    <w:abstractNumId w:val="8"/>
  </w:num>
  <w:num w:numId="2" w16cid:durableId="138891130">
    <w:abstractNumId w:val="6"/>
  </w:num>
  <w:num w:numId="3" w16cid:durableId="1723943836">
    <w:abstractNumId w:val="5"/>
  </w:num>
  <w:num w:numId="4" w16cid:durableId="1034817120">
    <w:abstractNumId w:val="4"/>
  </w:num>
  <w:num w:numId="5" w16cid:durableId="927422251">
    <w:abstractNumId w:val="7"/>
  </w:num>
  <w:num w:numId="6" w16cid:durableId="921526084">
    <w:abstractNumId w:val="3"/>
  </w:num>
  <w:num w:numId="7" w16cid:durableId="633870639">
    <w:abstractNumId w:val="2"/>
  </w:num>
  <w:num w:numId="8" w16cid:durableId="1762872237">
    <w:abstractNumId w:val="1"/>
  </w:num>
  <w:num w:numId="9" w16cid:durableId="2067296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278F0"/>
    <w:rsid w:val="009A3C30"/>
    <w:rsid w:val="00AA1D8D"/>
    <w:rsid w:val="00AE19D3"/>
    <w:rsid w:val="00B270E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A983AA"/>
  <w14:defaultImageDpi w14:val="300"/>
  <w15:docId w15:val="{2A1C97A1-7621-4CA0-8758-B7A5FE39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color w:val="222222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65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75B5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7365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4072</Words>
  <Characters>23211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 Ross</cp:lastModifiedBy>
  <cp:revision>2</cp:revision>
  <dcterms:created xsi:type="dcterms:W3CDTF">2013-12-23T23:15:00Z</dcterms:created>
  <dcterms:modified xsi:type="dcterms:W3CDTF">2026-09-07T20:45:00Z</dcterms:modified>
  <cp:category/>
</cp:coreProperties>
</file>